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D8BC5" w14:textId="77777777" w:rsidR="00C97FA4" w:rsidRPr="00065C24" w:rsidRDefault="00000000">
      <w:pPr>
        <w:jc w:val="center"/>
        <w:rPr>
          <w:b/>
          <w:sz w:val="24"/>
          <w:szCs w:val="24"/>
        </w:rPr>
      </w:pPr>
      <w:r w:rsidRPr="00065C24">
        <w:rPr>
          <w:b/>
          <w:sz w:val="24"/>
          <w:szCs w:val="24"/>
        </w:rPr>
        <w:t>BŐI ÁLTALÁNOS ISKOLA</w:t>
      </w:r>
    </w:p>
    <w:p w14:paraId="67B6113E" w14:textId="77777777" w:rsidR="00667EE8" w:rsidRPr="00065C24" w:rsidRDefault="00667EE8">
      <w:pPr>
        <w:jc w:val="center"/>
        <w:rPr>
          <w:sz w:val="24"/>
          <w:szCs w:val="24"/>
        </w:rPr>
      </w:pPr>
    </w:p>
    <w:p w14:paraId="0707AFA7" w14:textId="77777777" w:rsidR="00C97FA4" w:rsidRPr="00065C24" w:rsidRDefault="00000000">
      <w:pPr>
        <w:jc w:val="center"/>
        <w:rPr>
          <w:sz w:val="32"/>
          <w:szCs w:val="32"/>
        </w:rPr>
      </w:pPr>
      <w:r w:rsidRPr="00065C24">
        <w:rPr>
          <w:b/>
          <w:sz w:val="32"/>
          <w:szCs w:val="32"/>
        </w:rPr>
        <w:t>ÖKOISKOLAI MUNKATERV</w:t>
      </w:r>
    </w:p>
    <w:p w14:paraId="4CEA5E27" w14:textId="77777777" w:rsidR="00C97FA4" w:rsidRPr="00065C24" w:rsidRDefault="00000000">
      <w:pPr>
        <w:jc w:val="center"/>
        <w:rPr>
          <w:b/>
          <w:sz w:val="24"/>
          <w:szCs w:val="24"/>
        </w:rPr>
      </w:pPr>
      <w:r w:rsidRPr="00065C24">
        <w:rPr>
          <w:b/>
          <w:sz w:val="24"/>
          <w:szCs w:val="24"/>
        </w:rPr>
        <w:t xml:space="preserve">2026–2027-es </w:t>
      </w:r>
      <w:proofErr w:type="spellStart"/>
      <w:r w:rsidRPr="00065C24">
        <w:rPr>
          <w:b/>
          <w:sz w:val="24"/>
          <w:szCs w:val="24"/>
        </w:rPr>
        <w:t>tanév</w:t>
      </w:r>
      <w:proofErr w:type="spellEnd"/>
    </w:p>
    <w:p w14:paraId="44EC9837" w14:textId="77777777" w:rsidR="00667EE8" w:rsidRPr="00065C24" w:rsidRDefault="00667EE8">
      <w:pPr>
        <w:jc w:val="center"/>
        <w:rPr>
          <w:b/>
          <w:sz w:val="24"/>
          <w:szCs w:val="24"/>
        </w:rPr>
      </w:pPr>
    </w:p>
    <w:p w14:paraId="055ABECE" w14:textId="77777777" w:rsidR="00684584" w:rsidRPr="00065C24" w:rsidRDefault="00684584">
      <w:pPr>
        <w:jc w:val="center"/>
        <w:rPr>
          <w:sz w:val="24"/>
          <w:szCs w:val="24"/>
        </w:rPr>
      </w:pPr>
    </w:p>
    <w:p w14:paraId="562AD8C1" w14:textId="77777777" w:rsidR="00C97FA4" w:rsidRPr="00065C24" w:rsidRDefault="00000000">
      <w:pPr>
        <w:jc w:val="center"/>
        <w:rPr>
          <w:sz w:val="24"/>
          <w:szCs w:val="24"/>
        </w:rPr>
      </w:pPr>
      <w:proofErr w:type="gramStart"/>
      <w:r w:rsidRPr="00065C24">
        <w:rPr>
          <w:rFonts w:ascii="Segoe UI Emoji" w:hAnsi="Segoe UI Emoji" w:cs="Segoe UI Emoji"/>
          <w:i/>
          <w:sz w:val="24"/>
          <w:szCs w:val="24"/>
        </w:rPr>
        <w:t>🌿</w:t>
      </w:r>
      <w:r w:rsidRPr="00065C24">
        <w:rPr>
          <w:i/>
          <w:sz w:val="24"/>
          <w:szCs w:val="24"/>
        </w:rPr>
        <w:t xml:space="preserve">  „</w:t>
      </w:r>
      <w:proofErr w:type="gramEnd"/>
      <w:r w:rsidRPr="00065C24">
        <w:rPr>
          <w:i/>
          <w:sz w:val="24"/>
          <w:szCs w:val="24"/>
        </w:rPr>
        <w:t xml:space="preserve">A </w:t>
      </w:r>
      <w:proofErr w:type="spellStart"/>
      <w:r w:rsidRPr="00065C24">
        <w:rPr>
          <w:i/>
          <w:sz w:val="24"/>
          <w:szCs w:val="24"/>
        </w:rPr>
        <w:t>természet</w:t>
      </w:r>
      <w:proofErr w:type="spellEnd"/>
      <w:r w:rsidRPr="00065C24">
        <w:rPr>
          <w:i/>
          <w:sz w:val="24"/>
          <w:szCs w:val="24"/>
        </w:rPr>
        <w:t xml:space="preserve"> nem </w:t>
      </w:r>
      <w:proofErr w:type="spellStart"/>
      <w:r w:rsidRPr="00065C24">
        <w:rPr>
          <w:i/>
          <w:sz w:val="24"/>
          <w:szCs w:val="24"/>
        </w:rPr>
        <w:t>örökség</w:t>
      </w:r>
      <w:proofErr w:type="spellEnd"/>
      <w:r w:rsidRPr="00065C24">
        <w:rPr>
          <w:i/>
          <w:sz w:val="24"/>
          <w:szCs w:val="24"/>
        </w:rPr>
        <w:t xml:space="preserve">, </w:t>
      </w:r>
      <w:proofErr w:type="spellStart"/>
      <w:r w:rsidRPr="00065C24">
        <w:rPr>
          <w:i/>
          <w:sz w:val="24"/>
          <w:szCs w:val="24"/>
        </w:rPr>
        <w:t>hanem</w:t>
      </w:r>
      <w:proofErr w:type="spellEnd"/>
      <w:r w:rsidRPr="00065C24">
        <w:rPr>
          <w:i/>
          <w:sz w:val="24"/>
          <w:szCs w:val="24"/>
        </w:rPr>
        <w:t xml:space="preserve"> </w:t>
      </w:r>
      <w:proofErr w:type="spellStart"/>
      <w:r w:rsidRPr="00065C24">
        <w:rPr>
          <w:i/>
          <w:sz w:val="24"/>
          <w:szCs w:val="24"/>
        </w:rPr>
        <w:t>kölcsönkapott</w:t>
      </w:r>
      <w:proofErr w:type="spellEnd"/>
      <w:r w:rsidRPr="00065C24">
        <w:rPr>
          <w:i/>
          <w:sz w:val="24"/>
          <w:szCs w:val="24"/>
        </w:rPr>
        <w:t xml:space="preserve"> </w:t>
      </w:r>
      <w:proofErr w:type="spellStart"/>
      <w:r w:rsidRPr="00065C24">
        <w:rPr>
          <w:i/>
          <w:sz w:val="24"/>
          <w:szCs w:val="24"/>
        </w:rPr>
        <w:t>jövő</w:t>
      </w:r>
      <w:proofErr w:type="spellEnd"/>
      <w:r w:rsidRPr="00065C24">
        <w:rPr>
          <w:i/>
          <w:sz w:val="24"/>
          <w:szCs w:val="24"/>
        </w:rPr>
        <w:t xml:space="preserve">.”  </w:t>
      </w:r>
      <w:r w:rsidRPr="00065C24">
        <w:rPr>
          <w:rFonts w:ascii="Segoe UI Emoji" w:hAnsi="Segoe UI Emoji" w:cs="Segoe UI Emoji"/>
          <w:i/>
          <w:sz w:val="24"/>
          <w:szCs w:val="24"/>
        </w:rPr>
        <w:t>🌿</w:t>
      </w:r>
    </w:p>
    <w:p w14:paraId="44CA551B" w14:textId="77777777" w:rsidR="00C97FA4" w:rsidRPr="00065C24" w:rsidRDefault="00C97FA4">
      <w:pPr>
        <w:rPr>
          <w:sz w:val="24"/>
          <w:szCs w:val="24"/>
        </w:rPr>
      </w:pPr>
    </w:p>
    <w:p w14:paraId="09A0C70C" w14:textId="77777777" w:rsidR="00DD0D1D" w:rsidRPr="00065C24" w:rsidRDefault="00DD0D1D" w:rsidP="00DD0D1D">
      <w:pPr>
        <w:rPr>
          <w:sz w:val="24"/>
          <w:szCs w:val="24"/>
        </w:rPr>
      </w:pPr>
    </w:p>
    <w:p w14:paraId="110D7F59" w14:textId="77777777" w:rsidR="00DD0D1D" w:rsidRPr="00065C24" w:rsidRDefault="00DD0D1D" w:rsidP="00DD0D1D">
      <w:pPr>
        <w:jc w:val="center"/>
        <w:rPr>
          <w:sz w:val="24"/>
          <w:szCs w:val="24"/>
        </w:rPr>
      </w:pPr>
    </w:p>
    <w:p w14:paraId="6FCB0AE8" w14:textId="415AB8BC" w:rsidR="00DD0D1D" w:rsidRDefault="00DD0D1D" w:rsidP="000D48F8">
      <w:pPr>
        <w:jc w:val="center"/>
        <w:rPr>
          <w:sz w:val="24"/>
          <w:szCs w:val="24"/>
        </w:rPr>
      </w:pPr>
      <w:r w:rsidRPr="00065C24">
        <w:rPr>
          <w:noProof/>
          <w:sz w:val="24"/>
          <w:szCs w:val="24"/>
        </w:rPr>
        <w:drawing>
          <wp:inline distT="0" distB="0" distL="0" distR="0" wp14:anchorId="70874D0E" wp14:editId="50F14E07">
            <wp:extent cx="3958474" cy="3921651"/>
            <wp:effectExtent l="0" t="0" r="4445" b="3175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214" cy="401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FCD63" w14:textId="77777777" w:rsidR="00065C24" w:rsidRPr="00065C24" w:rsidRDefault="00065C24" w:rsidP="000D48F8">
      <w:pPr>
        <w:jc w:val="center"/>
        <w:rPr>
          <w:sz w:val="24"/>
          <w:szCs w:val="24"/>
        </w:rPr>
      </w:pPr>
    </w:p>
    <w:p w14:paraId="56FC8D0B" w14:textId="77777777" w:rsidR="00DD0D1D" w:rsidRPr="00065C24" w:rsidRDefault="00DD0D1D" w:rsidP="00DD0D1D">
      <w:pPr>
        <w:jc w:val="center"/>
        <w:rPr>
          <w:sz w:val="24"/>
          <w:szCs w:val="24"/>
        </w:rPr>
      </w:pPr>
    </w:p>
    <w:p w14:paraId="706435E4" w14:textId="5A08AC14" w:rsidR="00DD0D1D" w:rsidRPr="00065C24" w:rsidRDefault="00DD0D1D" w:rsidP="00DD0D1D">
      <w:pPr>
        <w:jc w:val="center"/>
        <w:rPr>
          <w:sz w:val="24"/>
          <w:szCs w:val="24"/>
        </w:rPr>
      </w:pPr>
    </w:p>
    <w:p w14:paraId="0230BD6F" w14:textId="77777777" w:rsidR="00DD0D1D" w:rsidRPr="00065C24" w:rsidRDefault="00DD0D1D" w:rsidP="00DD0D1D">
      <w:pPr>
        <w:jc w:val="center"/>
        <w:rPr>
          <w:sz w:val="24"/>
          <w:szCs w:val="24"/>
        </w:rPr>
      </w:pPr>
    </w:p>
    <w:p w14:paraId="29BFE006" w14:textId="77777777" w:rsidR="00C97FA4" w:rsidRPr="00065C24" w:rsidRDefault="00000000">
      <w:pPr>
        <w:rPr>
          <w:sz w:val="24"/>
          <w:szCs w:val="24"/>
        </w:rPr>
      </w:pPr>
      <w:r w:rsidRPr="00065C24">
        <w:rPr>
          <w:b/>
          <w:sz w:val="24"/>
          <w:szCs w:val="24"/>
        </w:rPr>
        <w:lastRenderedPageBreak/>
        <w:t xml:space="preserve">1. A </w:t>
      </w:r>
      <w:proofErr w:type="spellStart"/>
      <w:r w:rsidRPr="00065C24">
        <w:rPr>
          <w:b/>
          <w:sz w:val="24"/>
          <w:szCs w:val="24"/>
        </w:rPr>
        <w:t>munkaterv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célja</w:t>
      </w:r>
      <w:proofErr w:type="spellEnd"/>
    </w:p>
    <w:p w14:paraId="410203EC" w14:textId="08794A19" w:rsidR="00C97FA4" w:rsidRPr="00065C24" w:rsidRDefault="00000000">
      <w:pPr>
        <w:rPr>
          <w:sz w:val="24"/>
          <w:szCs w:val="24"/>
        </w:rPr>
      </w:pPr>
      <w:r w:rsidRPr="00065C24">
        <w:rPr>
          <w:sz w:val="24"/>
          <w:szCs w:val="24"/>
        </w:rPr>
        <w:t xml:space="preserve">A 2026–2027-es </w:t>
      </w:r>
      <w:proofErr w:type="spellStart"/>
      <w:r w:rsidRPr="00065C24">
        <w:rPr>
          <w:sz w:val="24"/>
          <w:szCs w:val="24"/>
        </w:rPr>
        <w:t>tanév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="00B505B9" w:rsidRPr="00065C24">
        <w:rPr>
          <w:sz w:val="24"/>
          <w:szCs w:val="24"/>
        </w:rPr>
        <w:t>Ö</w:t>
      </w:r>
      <w:r w:rsidRPr="00065C24">
        <w:rPr>
          <w:sz w:val="24"/>
          <w:szCs w:val="24"/>
        </w:rPr>
        <w:t>koiskolai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="00B505B9" w:rsidRPr="00065C24">
        <w:rPr>
          <w:sz w:val="24"/>
          <w:szCs w:val="24"/>
        </w:rPr>
        <w:t>M</w:t>
      </w:r>
      <w:r w:rsidRPr="00065C24">
        <w:rPr>
          <w:sz w:val="24"/>
          <w:szCs w:val="24"/>
        </w:rPr>
        <w:t>unkaterve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az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intézmény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környezeti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nevelési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tevékenységeinek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tudatos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egész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tanéven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átívelő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szervezését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szolgálja</w:t>
      </w:r>
      <w:proofErr w:type="spellEnd"/>
      <w:r w:rsidRPr="00065C24">
        <w:rPr>
          <w:sz w:val="24"/>
          <w:szCs w:val="24"/>
        </w:rPr>
        <w:t xml:space="preserve">. A </w:t>
      </w:r>
      <w:proofErr w:type="spellStart"/>
      <w:r w:rsidRPr="00065C24">
        <w:rPr>
          <w:sz w:val="24"/>
          <w:szCs w:val="24"/>
        </w:rPr>
        <w:t>munkaterv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korábbi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pályázati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vállalásokra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épít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ugyanakkor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az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iskola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mindennapi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életébe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illeszthető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élményszerű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tanulóközpontú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programokat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tartalmaz</w:t>
      </w:r>
      <w:proofErr w:type="spellEnd"/>
      <w:r w:rsidRPr="00065C24">
        <w:rPr>
          <w:sz w:val="24"/>
          <w:szCs w:val="24"/>
        </w:rPr>
        <w:t>.</w:t>
      </w:r>
    </w:p>
    <w:p w14:paraId="055D41FD" w14:textId="77777777" w:rsidR="00C97FA4" w:rsidRPr="00065C24" w:rsidRDefault="00000000">
      <w:pPr>
        <w:rPr>
          <w:sz w:val="24"/>
          <w:szCs w:val="24"/>
        </w:rPr>
      </w:pPr>
      <w:r w:rsidRPr="00065C24">
        <w:rPr>
          <w:b/>
          <w:sz w:val="24"/>
          <w:szCs w:val="24"/>
        </w:rPr>
        <w:t xml:space="preserve">2. A </w:t>
      </w:r>
      <w:proofErr w:type="spellStart"/>
      <w:r w:rsidRPr="00065C24">
        <w:rPr>
          <w:b/>
          <w:sz w:val="24"/>
          <w:szCs w:val="24"/>
        </w:rPr>
        <w:t>tanév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kiemelt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ökoiskolai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vállalásai</w:t>
      </w:r>
      <w:proofErr w:type="spellEnd"/>
    </w:p>
    <w:p w14:paraId="46270CDC" w14:textId="77777777" w:rsidR="001510AE" w:rsidRPr="00065C24" w:rsidRDefault="00000000">
      <w:pPr>
        <w:pStyle w:val="Felsorols"/>
        <w:rPr>
          <w:sz w:val="24"/>
          <w:szCs w:val="24"/>
        </w:rPr>
      </w:pPr>
      <w:proofErr w:type="spellStart"/>
      <w:r w:rsidRPr="00065C24">
        <w:rPr>
          <w:sz w:val="24"/>
          <w:szCs w:val="24"/>
        </w:rPr>
        <w:t>Tanévente</w:t>
      </w:r>
      <w:proofErr w:type="spellEnd"/>
      <w:r w:rsidRPr="00065C24">
        <w:rPr>
          <w:sz w:val="24"/>
          <w:szCs w:val="24"/>
        </w:rPr>
        <w:t xml:space="preserve"> 10 </w:t>
      </w:r>
      <w:proofErr w:type="spellStart"/>
      <w:r w:rsidRPr="00065C24">
        <w:rPr>
          <w:sz w:val="24"/>
          <w:szCs w:val="24"/>
        </w:rPr>
        <w:t>túra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szervezése</w:t>
      </w:r>
      <w:proofErr w:type="spellEnd"/>
      <w:r w:rsidRPr="00065C24">
        <w:rPr>
          <w:sz w:val="24"/>
          <w:szCs w:val="24"/>
        </w:rPr>
        <w:t xml:space="preserve">, a </w:t>
      </w:r>
      <w:proofErr w:type="spellStart"/>
      <w:r w:rsidRPr="00065C24">
        <w:rPr>
          <w:sz w:val="24"/>
          <w:szCs w:val="24"/>
        </w:rPr>
        <w:t>pedagógusok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tanulók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legalább</w:t>
      </w:r>
      <w:proofErr w:type="spellEnd"/>
      <w:r w:rsidRPr="00065C24">
        <w:rPr>
          <w:sz w:val="24"/>
          <w:szCs w:val="24"/>
        </w:rPr>
        <w:t xml:space="preserve"> 70%-</w:t>
      </w:r>
      <w:proofErr w:type="spellStart"/>
      <w:r w:rsidRPr="00065C24">
        <w:rPr>
          <w:sz w:val="24"/>
          <w:szCs w:val="24"/>
        </w:rPr>
        <w:t>ának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részvételével</w:t>
      </w:r>
      <w:proofErr w:type="spellEnd"/>
      <w:r w:rsidRPr="00065C24">
        <w:rPr>
          <w:sz w:val="24"/>
          <w:szCs w:val="24"/>
        </w:rPr>
        <w:t>.</w:t>
      </w:r>
      <w:r w:rsidR="001510AE" w:rsidRPr="00065C24">
        <w:rPr>
          <w:sz w:val="24"/>
          <w:szCs w:val="24"/>
        </w:rPr>
        <w:t xml:space="preserve"> </w:t>
      </w:r>
    </w:p>
    <w:p w14:paraId="65B944CD" w14:textId="632539E6" w:rsidR="00C97FA4" w:rsidRPr="00065C24" w:rsidRDefault="001510AE">
      <w:pPr>
        <w:pStyle w:val="Felsorols"/>
        <w:rPr>
          <w:sz w:val="24"/>
          <w:szCs w:val="24"/>
        </w:rPr>
      </w:pPr>
      <w:proofErr w:type="spellStart"/>
      <w:r w:rsidRPr="00065C24">
        <w:rPr>
          <w:sz w:val="24"/>
          <w:szCs w:val="24"/>
        </w:rPr>
        <w:t>Felelős</w:t>
      </w:r>
      <w:proofErr w:type="spellEnd"/>
      <w:r w:rsidRPr="00065C24">
        <w:rPr>
          <w:sz w:val="24"/>
          <w:szCs w:val="24"/>
        </w:rPr>
        <w:t xml:space="preserve">: Biró Kornél </w:t>
      </w:r>
    </w:p>
    <w:p w14:paraId="5CDA7444" w14:textId="77777777" w:rsidR="001510AE" w:rsidRPr="00065C24" w:rsidRDefault="00000000">
      <w:pPr>
        <w:pStyle w:val="Felsorols"/>
        <w:rPr>
          <w:sz w:val="24"/>
          <w:szCs w:val="24"/>
        </w:rPr>
      </w:pPr>
      <w:r w:rsidRPr="00065C24">
        <w:rPr>
          <w:sz w:val="24"/>
          <w:szCs w:val="24"/>
        </w:rPr>
        <w:t xml:space="preserve">Az </w:t>
      </w:r>
      <w:proofErr w:type="spellStart"/>
      <w:r w:rsidRPr="00065C24">
        <w:rPr>
          <w:sz w:val="24"/>
          <w:szCs w:val="24"/>
        </w:rPr>
        <w:t>iskolakert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fenntartása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pályázati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fenntartási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időszak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lezárulását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követő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további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három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tanévben</w:t>
      </w:r>
      <w:proofErr w:type="spellEnd"/>
      <w:r w:rsidRPr="00065C24">
        <w:rPr>
          <w:sz w:val="24"/>
          <w:szCs w:val="24"/>
        </w:rPr>
        <w:t xml:space="preserve">. A 2025–2026-os </w:t>
      </w:r>
      <w:proofErr w:type="spellStart"/>
      <w:r w:rsidRPr="00065C24">
        <w:rPr>
          <w:sz w:val="24"/>
          <w:szCs w:val="24"/>
        </w:rPr>
        <w:t>tanév</w:t>
      </w:r>
      <w:proofErr w:type="spellEnd"/>
      <w:r w:rsidRPr="00065C24">
        <w:rPr>
          <w:sz w:val="24"/>
          <w:szCs w:val="24"/>
        </w:rPr>
        <w:t xml:space="preserve"> volt </w:t>
      </w:r>
      <w:proofErr w:type="spellStart"/>
      <w:r w:rsidRPr="00065C24">
        <w:rPr>
          <w:sz w:val="24"/>
          <w:szCs w:val="24"/>
        </w:rPr>
        <w:t>az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iskolakert-pályázat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utolsó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fenntartási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tanéve</w:t>
      </w:r>
      <w:proofErr w:type="spellEnd"/>
      <w:r w:rsidRPr="00065C24">
        <w:rPr>
          <w:sz w:val="24"/>
          <w:szCs w:val="24"/>
        </w:rPr>
        <w:t>.</w:t>
      </w:r>
    </w:p>
    <w:p w14:paraId="0F9147AA" w14:textId="43AB3942" w:rsidR="00C97FA4" w:rsidRPr="00065C24" w:rsidRDefault="001510AE">
      <w:pPr>
        <w:pStyle w:val="Felsorols"/>
        <w:rPr>
          <w:sz w:val="24"/>
          <w:szCs w:val="24"/>
        </w:rPr>
      </w:pPr>
      <w:proofErr w:type="spellStart"/>
      <w:r w:rsidRPr="00065C24">
        <w:rPr>
          <w:sz w:val="24"/>
          <w:szCs w:val="24"/>
        </w:rPr>
        <w:t>Felelős</w:t>
      </w:r>
      <w:proofErr w:type="spellEnd"/>
      <w:r w:rsidRPr="00065C24">
        <w:rPr>
          <w:sz w:val="24"/>
          <w:szCs w:val="24"/>
        </w:rPr>
        <w:t xml:space="preserve">: </w:t>
      </w:r>
      <w:proofErr w:type="spellStart"/>
      <w:r w:rsidRPr="00065C24">
        <w:rPr>
          <w:sz w:val="24"/>
          <w:szCs w:val="24"/>
        </w:rPr>
        <w:t>Némethné</w:t>
      </w:r>
      <w:proofErr w:type="spellEnd"/>
      <w:r w:rsidRPr="00065C24">
        <w:rPr>
          <w:sz w:val="24"/>
          <w:szCs w:val="24"/>
        </w:rPr>
        <w:t xml:space="preserve"> Rupert Rafaella</w:t>
      </w:r>
    </w:p>
    <w:p w14:paraId="5376FA68" w14:textId="433FE992" w:rsidR="00C97FA4" w:rsidRPr="00065C24" w:rsidRDefault="00000000">
      <w:pPr>
        <w:pStyle w:val="Felsorols"/>
        <w:rPr>
          <w:sz w:val="24"/>
          <w:szCs w:val="24"/>
        </w:rPr>
      </w:pPr>
      <w:proofErr w:type="spellStart"/>
      <w:r w:rsidRPr="00065C24">
        <w:rPr>
          <w:sz w:val="24"/>
          <w:szCs w:val="24"/>
        </w:rPr>
        <w:t>Energiaőrjárat</w:t>
      </w:r>
      <w:proofErr w:type="spellEnd"/>
      <w:r w:rsidRPr="00065C24">
        <w:rPr>
          <w:sz w:val="24"/>
          <w:szCs w:val="24"/>
        </w:rPr>
        <w:t xml:space="preserve"> / </w:t>
      </w:r>
      <w:proofErr w:type="spellStart"/>
      <w:r w:rsidRPr="00065C24">
        <w:rPr>
          <w:sz w:val="24"/>
          <w:szCs w:val="24"/>
        </w:rPr>
        <w:t>energiajárőr</w:t>
      </w:r>
      <w:r w:rsidR="0014758E" w:rsidRPr="00065C24">
        <w:rPr>
          <w:sz w:val="24"/>
          <w:szCs w:val="24"/>
        </w:rPr>
        <w:t>-</w:t>
      </w:r>
      <w:r w:rsidRPr="00065C24">
        <w:rPr>
          <w:sz w:val="24"/>
          <w:szCs w:val="24"/>
        </w:rPr>
        <w:t>szolgálat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szervezése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tanulók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bevonásával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rendszeres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feljegyzés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vezetésével</w:t>
      </w:r>
      <w:proofErr w:type="spellEnd"/>
      <w:r w:rsidRPr="00065C24">
        <w:rPr>
          <w:sz w:val="24"/>
          <w:szCs w:val="24"/>
        </w:rPr>
        <w:t>.</w:t>
      </w:r>
    </w:p>
    <w:p w14:paraId="62A2DD60" w14:textId="37F23DF9" w:rsidR="001510AE" w:rsidRPr="00065C24" w:rsidRDefault="001510AE">
      <w:pPr>
        <w:pStyle w:val="Felsorols"/>
        <w:rPr>
          <w:sz w:val="24"/>
          <w:szCs w:val="24"/>
        </w:rPr>
      </w:pPr>
      <w:proofErr w:type="spellStart"/>
      <w:r w:rsidRPr="00065C24">
        <w:rPr>
          <w:sz w:val="24"/>
          <w:szCs w:val="24"/>
        </w:rPr>
        <w:t>Felelős</w:t>
      </w:r>
      <w:proofErr w:type="spellEnd"/>
      <w:r w:rsidRPr="00065C24">
        <w:rPr>
          <w:sz w:val="24"/>
          <w:szCs w:val="24"/>
        </w:rPr>
        <w:t>: Barki Péter</w:t>
      </w:r>
    </w:p>
    <w:p w14:paraId="167143B9" w14:textId="77777777" w:rsidR="00C97FA4" w:rsidRPr="00065C24" w:rsidRDefault="00000000">
      <w:pPr>
        <w:rPr>
          <w:sz w:val="24"/>
          <w:szCs w:val="24"/>
        </w:rPr>
      </w:pPr>
      <w:r w:rsidRPr="00065C24">
        <w:rPr>
          <w:b/>
          <w:sz w:val="24"/>
          <w:szCs w:val="24"/>
        </w:rPr>
        <w:t xml:space="preserve">3. </w:t>
      </w:r>
      <w:proofErr w:type="spellStart"/>
      <w:r w:rsidRPr="00065C24">
        <w:rPr>
          <w:b/>
          <w:sz w:val="24"/>
          <w:szCs w:val="24"/>
        </w:rPr>
        <w:t>Éves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munkaterv</w:t>
      </w:r>
      <w:proofErr w:type="spellEnd"/>
      <w:r w:rsidRPr="00065C24">
        <w:rPr>
          <w:b/>
          <w:sz w:val="24"/>
          <w:szCs w:val="24"/>
        </w:rPr>
        <w:t xml:space="preserve"> – </w:t>
      </w:r>
      <w:proofErr w:type="spellStart"/>
      <w:r w:rsidRPr="00065C24">
        <w:rPr>
          <w:b/>
          <w:sz w:val="24"/>
          <w:szCs w:val="24"/>
        </w:rPr>
        <w:t>havi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bontás</w:t>
      </w:r>
      <w:proofErr w:type="spellEnd"/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469"/>
        <w:gridCol w:w="2706"/>
        <w:gridCol w:w="1597"/>
        <w:gridCol w:w="2388"/>
        <w:gridCol w:w="2256"/>
      </w:tblGrid>
      <w:tr w:rsidR="00C97FA4" w:rsidRPr="00065C24" w14:paraId="2413A51A" w14:textId="77777777">
        <w:trPr>
          <w:jc w:val="center"/>
        </w:trPr>
        <w:tc>
          <w:tcPr>
            <w:tcW w:w="1191" w:type="dxa"/>
            <w:shd w:val="clear" w:color="auto" w:fill="D9EAD3"/>
            <w:vAlign w:val="center"/>
          </w:tcPr>
          <w:p w14:paraId="123FBED1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b/>
                <w:sz w:val="24"/>
                <w:szCs w:val="24"/>
              </w:rPr>
              <w:t>Időszak</w:t>
            </w:r>
            <w:proofErr w:type="spellEnd"/>
          </w:p>
        </w:tc>
        <w:tc>
          <w:tcPr>
            <w:tcW w:w="3969" w:type="dxa"/>
            <w:shd w:val="clear" w:color="auto" w:fill="D9EAD3"/>
            <w:vAlign w:val="center"/>
          </w:tcPr>
          <w:p w14:paraId="32880AA7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b/>
                <w:sz w:val="24"/>
                <w:szCs w:val="24"/>
              </w:rPr>
              <w:t xml:space="preserve">Program / </w:t>
            </w:r>
            <w:proofErr w:type="spellStart"/>
            <w:r w:rsidRPr="00065C24">
              <w:rPr>
                <w:b/>
                <w:sz w:val="24"/>
                <w:szCs w:val="24"/>
              </w:rPr>
              <w:t>feladat</w:t>
            </w:r>
            <w:proofErr w:type="spellEnd"/>
          </w:p>
        </w:tc>
        <w:tc>
          <w:tcPr>
            <w:tcW w:w="2268" w:type="dxa"/>
            <w:shd w:val="clear" w:color="auto" w:fill="D9EAD3"/>
            <w:vAlign w:val="center"/>
          </w:tcPr>
          <w:p w14:paraId="280D8163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b/>
                <w:sz w:val="24"/>
                <w:szCs w:val="24"/>
              </w:rPr>
              <w:t>Kapcsolódó</w:t>
            </w:r>
            <w:proofErr w:type="spellEnd"/>
            <w:r w:rsidRPr="00065C2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b/>
                <w:sz w:val="24"/>
                <w:szCs w:val="24"/>
              </w:rPr>
              <w:t>vállalás</w:t>
            </w:r>
            <w:proofErr w:type="spellEnd"/>
          </w:p>
        </w:tc>
        <w:tc>
          <w:tcPr>
            <w:tcW w:w="2268" w:type="dxa"/>
            <w:shd w:val="clear" w:color="auto" w:fill="D9EAD3"/>
            <w:vAlign w:val="center"/>
          </w:tcPr>
          <w:p w14:paraId="292968D7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b/>
                <w:sz w:val="24"/>
                <w:szCs w:val="24"/>
              </w:rPr>
              <w:t>Felelős</w:t>
            </w:r>
            <w:proofErr w:type="spellEnd"/>
            <w:r w:rsidRPr="00065C24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065C24">
              <w:rPr>
                <w:b/>
                <w:sz w:val="24"/>
                <w:szCs w:val="24"/>
              </w:rPr>
              <w:t>közreműködők</w:t>
            </w:r>
            <w:proofErr w:type="spellEnd"/>
          </w:p>
        </w:tc>
        <w:tc>
          <w:tcPr>
            <w:tcW w:w="2268" w:type="dxa"/>
            <w:shd w:val="clear" w:color="auto" w:fill="D9EAD3"/>
            <w:vAlign w:val="center"/>
          </w:tcPr>
          <w:p w14:paraId="34A7CA96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b/>
                <w:sz w:val="24"/>
                <w:szCs w:val="24"/>
              </w:rPr>
              <w:t>Dokumentálás</w:t>
            </w:r>
            <w:proofErr w:type="spellEnd"/>
          </w:p>
        </w:tc>
      </w:tr>
      <w:tr w:rsidR="00C97FA4" w:rsidRPr="00065C24" w14:paraId="17694306" w14:textId="77777777">
        <w:trPr>
          <w:jc w:val="center"/>
        </w:trPr>
        <w:tc>
          <w:tcPr>
            <w:tcW w:w="1191" w:type="dxa"/>
            <w:vAlign w:val="center"/>
          </w:tcPr>
          <w:p w14:paraId="20B18A4C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Szeptember</w:t>
            </w:r>
            <w:proofErr w:type="spellEnd"/>
          </w:p>
        </w:tc>
        <w:tc>
          <w:tcPr>
            <w:tcW w:w="3969" w:type="dxa"/>
            <w:vAlign w:val="center"/>
          </w:tcPr>
          <w:p w14:paraId="561353C2" w14:textId="2A2B5C70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éves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munkájának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elindítása</w:t>
            </w:r>
            <w:proofErr w:type="spellEnd"/>
            <w:r w:rsidRPr="00065C24">
              <w:rPr>
                <w:sz w:val="24"/>
                <w:szCs w:val="24"/>
              </w:rPr>
              <w:t xml:space="preserve">; a </w:t>
            </w:r>
            <w:proofErr w:type="spellStart"/>
            <w:r w:rsidRPr="00065C24">
              <w:rPr>
                <w:sz w:val="24"/>
                <w:szCs w:val="24"/>
              </w:rPr>
              <w:t>három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kiemelt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vállalás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ismertetése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r w:rsidR="0014758E" w:rsidRPr="00065C24">
              <w:rPr>
                <w:sz w:val="24"/>
                <w:szCs w:val="24"/>
              </w:rPr>
              <w:t>-</w:t>
            </w:r>
            <w:r w:rsidRPr="00065C24">
              <w:rPr>
                <w:sz w:val="24"/>
                <w:szCs w:val="24"/>
              </w:rPr>
              <w:t>szolgálat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megszervezése</w:t>
            </w:r>
            <w:proofErr w:type="spellEnd"/>
            <w:r w:rsidRPr="00065C24">
              <w:rPr>
                <w:sz w:val="24"/>
                <w:szCs w:val="24"/>
              </w:rPr>
              <w:t xml:space="preserve">; 1. </w:t>
            </w:r>
            <w:proofErr w:type="spellStart"/>
            <w:r w:rsidRPr="00065C24">
              <w:rPr>
                <w:sz w:val="24"/>
                <w:szCs w:val="24"/>
              </w:rPr>
              <w:t>őszi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3E8124A0" w14:textId="09A92940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1.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3.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proofErr w:type="spellEnd"/>
          </w:p>
        </w:tc>
        <w:tc>
          <w:tcPr>
            <w:tcW w:w="2268" w:type="dxa"/>
            <w:vAlign w:val="center"/>
          </w:tcPr>
          <w:p w14:paraId="7B66DE38" w14:textId="17A82F4D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pedagógusok</w:t>
            </w:r>
            <w:proofErr w:type="spellEnd"/>
            <w:r w:rsidRPr="00065C24">
              <w:rPr>
                <w:sz w:val="24"/>
                <w:szCs w:val="24"/>
              </w:rPr>
              <w:t xml:space="preserve">; DÖK; </w:t>
            </w:r>
            <w:proofErr w:type="spellStart"/>
            <w:r w:rsidRPr="00065C24">
              <w:rPr>
                <w:sz w:val="24"/>
                <w:szCs w:val="24"/>
              </w:rPr>
              <w:t>tanulók</w:t>
            </w:r>
            <w:proofErr w:type="spellEnd"/>
          </w:p>
        </w:tc>
        <w:tc>
          <w:tcPr>
            <w:tcW w:w="2268" w:type="dxa"/>
            <w:vAlign w:val="center"/>
          </w:tcPr>
          <w:p w14:paraId="34681137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Munkaterv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jelenléti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ív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energiaőrjárati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feljegyzés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fotók</w:t>
            </w:r>
            <w:proofErr w:type="spellEnd"/>
          </w:p>
        </w:tc>
      </w:tr>
      <w:tr w:rsidR="00C97FA4" w:rsidRPr="00065C24" w14:paraId="0C2D5D0D" w14:textId="77777777">
        <w:trPr>
          <w:jc w:val="center"/>
        </w:trPr>
        <w:tc>
          <w:tcPr>
            <w:tcW w:w="1191" w:type="dxa"/>
            <w:vAlign w:val="center"/>
          </w:tcPr>
          <w:p w14:paraId="3C3D0111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Október</w:t>
            </w:r>
            <w:proofErr w:type="spellEnd"/>
          </w:p>
        </w:tc>
        <w:tc>
          <w:tcPr>
            <w:tcW w:w="3969" w:type="dxa"/>
            <w:vAlign w:val="center"/>
          </w:tcPr>
          <w:p w14:paraId="0B5EB262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Őszi </w:t>
            </w:r>
            <w:proofErr w:type="spellStart"/>
            <w:r w:rsidRPr="00065C24">
              <w:rPr>
                <w:sz w:val="24"/>
                <w:szCs w:val="24"/>
              </w:rPr>
              <w:t>természetjáró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az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iskolakert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őszi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rendbetétele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betakarítás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komposztálás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energiatakarékossági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megfigyelési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hét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4AEE1ED6" w14:textId="38D149EB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2.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2. </w:t>
            </w:r>
            <w:proofErr w:type="spellStart"/>
            <w:r w:rsidRPr="00065C24">
              <w:rPr>
                <w:sz w:val="24"/>
                <w:szCs w:val="24"/>
              </w:rPr>
              <w:t>iskolakert</w:t>
            </w:r>
            <w:proofErr w:type="spellEnd"/>
            <w:r w:rsidRPr="00065C24">
              <w:rPr>
                <w:sz w:val="24"/>
                <w:szCs w:val="24"/>
              </w:rPr>
              <w:t xml:space="preserve">; 3.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proofErr w:type="spellEnd"/>
          </w:p>
        </w:tc>
        <w:tc>
          <w:tcPr>
            <w:tcW w:w="2268" w:type="dxa"/>
            <w:vAlign w:val="center"/>
          </w:tcPr>
          <w:p w14:paraId="2C21CB4A" w14:textId="5755F516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osztályok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technikai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dolgozók</w:t>
            </w:r>
            <w:proofErr w:type="spellEnd"/>
          </w:p>
        </w:tc>
        <w:tc>
          <w:tcPr>
            <w:tcW w:w="2268" w:type="dxa"/>
            <w:vAlign w:val="center"/>
          </w:tcPr>
          <w:p w14:paraId="27809DAA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Fotók, </w:t>
            </w:r>
            <w:proofErr w:type="spellStart"/>
            <w:r w:rsidRPr="00065C24">
              <w:rPr>
                <w:sz w:val="24"/>
                <w:szCs w:val="24"/>
              </w:rPr>
              <w:t>rövid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beszámoló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energiafeljegyzés</w:t>
            </w:r>
            <w:proofErr w:type="spellEnd"/>
          </w:p>
        </w:tc>
      </w:tr>
      <w:tr w:rsidR="00C97FA4" w:rsidRPr="00065C24" w14:paraId="2176E41E" w14:textId="77777777">
        <w:trPr>
          <w:jc w:val="center"/>
        </w:trPr>
        <w:tc>
          <w:tcPr>
            <w:tcW w:w="1191" w:type="dxa"/>
            <w:vAlign w:val="center"/>
          </w:tcPr>
          <w:p w14:paraId="43576A7A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November</w:t>
            </w:r>
          </w:p>
        </w:tc>
        <w:tc>
          <w:tcPr>
            <w:tcW w:w="3969" w:type="dxa"/>
            <w:vAlign w:val="center"/>
          </w:tcPr>
          <w:p w14:paraId="0B9CB15A" w14:textId="20BDC19E" w:rsidR="00C97FA4" w:rsidRPr="00065C24" w:rsidRDefault="0014758E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Madáretetők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ellenőrzése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és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feltöltése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őszi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papír</w:t>
            </w:r>
            <w:proofErr w:type="spellEnd"/>
            <w:r w:rsidRPr="00065C24">
              <w:rPr>
                <w:sz w:val="24"/>
                <w:szCs w:val="24"/>
              </w:rPr>
              <w:t xml:space="preserve">- </w:t>
            </w:r>
            <w:proofErr w:type="spellStart"/>
            <w:r w:rsidRPr="00065C24">
              <w:rPr>
                <w:sz w:val="24"/>
                <w:szCs w:val="24"/>
              </w:rPr>
              <w:t>és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szelektív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hulladékgyűjtés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tudatosítása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154C73CF" w14:textId="3742303A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3.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3.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proofErr w:type="spellEnd"/>
          </w:p>
        </w:tc>
        <w:tc>
          <w:tcPr>
            <w:tcW w:w="2268" w:type="dxa"/>
            <w:vAlign w:val="center"/>
          </w:tcPr>
          <w:p w14:paraId="310382D3" w14:textId="2C3A6589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  <w:r w:rsidRPr="00065C24">
              <w:rPr>
                <w:sz w:val="24"/>
                <w:szCs w:val="24"/>
              </w:rPr>
              <w:t xml:space="preserve">; DÖK; </w:t>
            </w:r>
            <w:proofErr w:type="spellStart"/>
            <w:r w:rsidRPr="00065C24">
              <w:rPr>
                <w:sz w:val="24"/>
                <w:szCs w:val="24"/>
              </w:rPr>
              <w:t>tanulók</w:t>
            </w:r>
            <w:proofErr w:type="spellEnd"/>
          </w:p>
        </w:tc>
        <w:tc>
          <w:tcPr>
            <w:tcW w:w="2268" w:type="dxa"/>
            <w:vAlign w:val="center"/>
          </w:tcPr>
          <w:p w14:paraId="6EBE9C16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Fotódokumentáció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feljegyzés</w:t>
            </w:r>
            <w:proofErr w:type="spellEnd"/>
          </w:p>
        </w:tc>
      </w:tr>
      <w:tr w:rsidR="00C97FA4" w:rsidRPr="00065C24" w14:paraId="52C0FEA4" w14:textId="77777777">
        <w:trPr>
          <w:jc w:val="center"/>
        </w:trPr>
        <w:tc>
          <w:tcPr>
            <w:tcW w:w="1191" w:type="dxa"/>
            <w:vAlign w:val="center"/>
          </w:tcPr>
          <w:p w14:paraId="691A0A91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December</w:t>
            </w:r>
          </w:p>
        </w:tc>
        <w:tc>
          <w:tcPr>
            <w:tcW w:w="3969" w:type="dxa"/>
            <w:vAlign w:val="center"/>
          </w:tcPr>
          <w:p w14:paraId="27145B4E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Adventi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újrahasznosító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kézműves</w:t>
            </w:r>
            <w:proofErr w:type="spellEnd"/>
            <w:r w:rsidRPr="00065C24">
              <w:rPr>
                <w:sz w:val="24"/>
                <w:szCs w:val="24"/>
              </w:rPr>
              <w:t xml:space="preserve"> program; </w:t>
            </w:r>
            <w:proofErr w:type="spellStart"/>
            <w:r w:rsidRPr="00065C24">
              <w:rPr>
                <w:sz w:val="24"/>
                <w:szCs w:val="24"/>
              </w:rPr>
              <w:t>energiatakarékos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lastRenderedPageBreak/>
              <w:t>ünnepi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készülődés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téli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természetmegfigyelő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séta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52FF9820" w14:textId="0FE14936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lastRenderedPageBreak/>
              <w:t xml:space="preserve">4.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3.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proofErr w:type="spellEnd"/>
          </w:p>
        </w:tc>
        <w:tc>
          <w:tcPr>
            <w:tcW w:w="2268" w:type="dxa"/>
            <w:vAlign w:val="center"/>
          </w:tcPr>
          <w:p w14:paraId="327BE6D5" w14:textId="7A6A0480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Pedagógusok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tanulók</w:t>
            </w:r>
            <w:proofErr w:type="spellEnd"/>
          </w:p>
        </w:tc>
        <w:tc>
          <w:tcPr>
            <w:tcW w:w="2268" w:type="dxa"/>
            <w:vAlign w:val="center"/>
          </w:tcPr>
          <w:p w14:paraId="56533FBC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Tanulói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munkák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fotók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energiaőrjárati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lastRenderedPageBreak/>
              <w:t>napló</w:t>
            </w:r>
            <w:proofErr w:type="spellEnd"/>
          </w:p>
        </w:tc>
      </w:tr>
      <w:tr w:rsidR="00C97FA4" w:rsidRPr="00065C24" w14:paraId="6BCF12E2" w14:textId="77777777">
        <w:trPr>
          <w:jc w:val="center"/>
        </w:trPr>
        <w:tc>
          <w:tcPr>
            <w:tcW w:w="1191" w:type="dxa"/>
            <w:vAlign w:val="center"/>
          </w:tcPr>
          <w:p w14:paraId="50F5B045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Január</w:t>
            </w:r>
          </w:p>
        </w:tc>
        <w:tc>
          <w:tcPr>
            <w:tcW w:w="3969" w:type="dxa"/>
            <w:vAlign w:val="center"/>
          </w:tcPr>
          <w:p w14:paraId="7C7826F9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Téli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 / </w:t>
            </w:r>
            <w:proofErr w:type="spellStart"/>
            <w:r w:rsidRPr="00065C24">
              <w:rPr>
                <w:sz w:val="24"/>
                <w:szCs w:val="24"/>
              </w:rPr>
              <w:t>természetmegfigyelés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az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energiafogyasztási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szokások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értékelése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energiaőrjárat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tapasztalatainak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megbeszélése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287C0B7B" w14:textId="0D8077BF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5.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3.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proofErr w:type="spellEnd"/>
          </w:p>
        </w:tc>
        <w:tc>
          <w:tcPr>
            <w:tcW w:w="2268" w:type="dxa"/>
            <w:vAlign w:val="center"/>
          </w:tcPr>
          <w:p w14:paraId="39D12C40" w14:textId="76C6305D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energi</w:t>
            </w:r>
            <w:r w:rsidR="00FB3E4B" w:rsidRPr="00065C24">
              <w:rPr>
                <w:sz w:val="24"/>
                <w:szCs w:val="24"/>
              </w:rPr>
              <w:t>a</w:t>
            </w:r>
            <w:r w:rsidRPr="00065C24">
              <w:rPr>
                <w:sz w:val="24"/>
                <w:szCs w:val="24"/>
              </w:rPr>
              <w:t>járőr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tanulók</w:t>
            </w:r>
            <w:proofErr w:type="spellEnd"/>
          </w:p>
        </w:tc>
        <w:tc>
          <w:tcPr>
            <w:tcW w:w="2268" w:type="dxa"/>
            <w:vAlign w:val="center"/>
          </w:tcPr>
          <w:p w14:paraId="289B606E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Megfigyelési</w:t>
            </w:r>
            <w:proofErr w:type="spellEnd"/>
            <w:r w:rsidRPr="00065C24">
              <w:rPr>
                <w:sz w:val="24"/>
                <w:szCs w:val="24"/>
              </w:rPr>
              <w:t xml:space="preserve"> lap, </w:t>
            </w:r>
            <w:proofErr w:type="spellStart"/>
            <w:r w:rsidRPr="00065C24">
              <w:rPr>
                <w:sz w:val="24"/>
                <w:szCs w:val="24"/>
              </w:rPr>
              <w:t>rövid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értékelés</w:t>
            </w:r>
            <w:proofErr w:type="spellEnd"/>
          </w:p>
        </w:tc>
      </w:tr>
      <w:tr w:rsidR="00C97FA4" w:rsidRPr="00065C24" w14:paraId="10F20DBA" w14:textId="77777777">
        <w:trPr>
          <w:jc w:val="center"/>
        </w:trPr>
        <w:tc>
          <w:tcPr>
            <w:tcW w:w="1191" w:type="dxa"/>
            <w:vAlign w:val="center"/>
          </w:tcPr>
          <w:p w14:paraId="0214476A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Február</w:t>
            </w:r>
            <w:proofErr w:type="spellEnd"/>
          </w:p>
        </w:tc>
        <w:tc>
          <w:tcPr>
            <w:tcW w:w="3969" w:type="dxa"/>
            <w:vAlign w:val="center"/>
          </w:tcPr>
          <w:p w14:paraId="5F0462C8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Farsangi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újrahasznosító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dekoráció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téli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madáretetés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energia</w:t>
            </w:r>
            <w:proofErr w:type="spellEnd"/>
            <w:r w:rsidRPr="00065C24">
              <w:rPr>
                <w:sz w:val="24"/>
                <w:szCs w:val="24"/>
              </w:rPr>
              <w:t xml:space="preserve">- </w:t>
            </w:r>
            <w:proofErr w:type="spellStart"/>
            <w:r w:rsidRPr="00065C24">
              <w:rPr>
                <w:sz w:val="24"/>
                <w:szCs w:val="24"/>
              </w:rPr>
              <w:t>és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víztakarékossági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figyelemfelhívás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464E721E" w14:textId="5CF9C451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3.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proofErr w:type="spellEnd"/>
          </w:p>
        </w:tc>
        <w:tc>
          <w:tcPr>
            <w:tcW w:w="2268" w:type="dxa"/>
            <w:vAlign w:val="center"/>
          </w:tcPr>
          <w:p w14:paraId="4A7CC31D" w14:textId="3CB49508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DÖK; </w:t>
            </w:r>
            <w:proofErr w:type="spellStart"/>
            <w:r w:rsidRPr="00065C24">
              <w:rPr>
                <w:sz w:val="24"/>
                <w:szCs w:val="24"/>
              </w:rPr>
              <w:t>osztályok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</w:p>
        </w:tc>
        <w:tc>
          <w:tcPr>
            <w:tcW w:w="2268" w:type="dxa"/>
            <w:vAlign w:val="center"/>
          </w:tcPr>
          <w:p w14:paraId="2F55FDB0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Fotók, </w:t>
            </w:r>
            <w:proofErr w:type="spellStart"/>
            <w:r w:rsidRPr="00065C24">
              <w:rPr>
                <w:sz w:val="24"/>
                <w:szCs w:val="24"/>
              </w:rPr>
              <w:t>tanulói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produktumok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feljegyzés</w:t>
            </w:r>
            <w:proofErr w:type="spellEnd"/>
          </w:p>
        </w:tc>
      </w:tr>
      <w:tr w:rsidR="00C97FA4" w:rsidRPr="00065C24" w14:paraId="1B56325B" w14:textId="77777777">
        <w:trPr>
          <w:jc w:val="center"/>
        </w:trPr>
        <w:tc>
          <w:tcPr>
            <w:tcW w:w="1191" w:type="dxa"/>
            <w:vAlign w:val="center"/>
          </w:tcPr>
          <w:p w14:paraId="3105424E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Március</w:t>
            </w:r>
          </w:p>
        </w:tc>
        <w:tc>
          <w:tcPr>
            <w:tcW w:w="3969" w:type="dxa"/>
            <w:vAlign w:val="center"/>
          </w:tcPr>
          <w:p w14:paraId="31CD8AD8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Víz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világnapja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és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erdők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világnapja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köré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szervezett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programok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tavaszi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az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iskolakert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tavaszi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előkészítése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35545883" w14:textId="3B34B645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6.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2. </w:t>
            </w:r>
            <w:proofErr w:type="spellStart"/>
            <w:r w:rsidRPr="00065C24">
              <w:rPr>
                <w:sz w:val="24"/>
                <w:szCs w:val="24"/>
              </w:rPr>
              <w:t>iskolakert</w:t>
            </w:r>
            <w:proofErr w:type="spellEnd"/>
            <w:r w:rsidRPr="00065C24">
              <w:rPr>
                <w:sz w:val="24"/>
                <w:szCs w:val="24"/>
              </w:rPr>
              <w:t xml:space="preserve">; 3.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proofErr w:type="spellEnd"/>
          </w:p>
        </w:tc>
        <w:tc>
          <w:tcPr>
            <w:tcW w:w="2268" w:type="dxa"/>
            <w:vAlign w:val="center"/>
          </w:tcPr>
          <w:p w14:paraId="7FD45D79" w14:textId="32C7F952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pedagógusok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tanulók</w:t>
            </w:r>
            <w:proofErr w:type="spellEnd"/>
          </w:p>
        </w:tc>
        <w:tc>
          <w:tcPr>
            <w:tcW w:w="2268" w:type="dxa"/>
            <w:vAlign w:val="center"/>
          </w:tcPr>
          <w:p w14:paraId="1112DA87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Fotók, </w:t>
            </w:r>
            <w:proofErr w:type="spellStart"/>
            <w:r w:rsidRPr="00065C24">
              <w:rPr>
                <w:sz w:val="24"/>
                <w:szCs w:val="24"/>
              </w:rPr>
              <w:t>plakátok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kertnapló</w:t>
            </w:r>
            <w:proofErr w:type="spellEnd"/>
          </w:p>
        </w:tc>
      </w:tr>
      <w:tr w:rsidR="00C97FA4" w:rsidRPr="00065C24" w14:paraId="200BE9FF" w14:textId="77777777">
        <w:trPr>
          <w:jc w:val="center"/>
        </w:trPr>
        <w:tc>
          <w:tcPr>
            <w:tcW w:w="1191" w:type="dxa"/>
            <w:vAlign w:val="center"/>
          </w:tcPr>
          <w:p w14:paraId="54D68135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Április</w:t>
            </w:r>
            <w:proofErr w:type="spellEnd"/>
          </w:p>
        </w:tc>
        <w:tc>
          <w:tcPr>
            <w:tcW w:w="3969" w:type="dxa"/>
            <w:vAlign w:val="center"/>
          </w:tcPr>
          <w:p w14:paraId="4427B847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Föld </w:t>
            </w:r>
            <w:proofErr w:type="spellStart"/>
            <w:r w:rsidRPr="00065C24">
              <w:rPr>
                <w:sz w:val="24"/>
                <w:szCs w:val="24"/>
              </w:rPr>
              <w:t>napja</w:t>
            </w:r>
            <w:proofErr w:type="spellEnd"/>
            <w:r w:rsidRPr="00065C24">
              <w:rPr>
                <w:sz w:val="24"/>
                <w:szCs w:val="24"/>
              </w:rPr>
              <w:t xml:space="preserve"> / </w:t>
            </w:r>
            <w:proofErr w:type="spellStart"/>
            <w:r w:rsidRPr="00065C24">
              <w:rPr>
                <w:sz w:val="24"/>
                <w:szCs w:val="24"/>
              </w:rPr>
              <w:t>Fenntarthatósági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Témahét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programjai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tavaszi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iskolakerti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munkák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hulladékcsökkentési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akció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42D55675" w14:textId="3CEDF67F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7.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2. </w:t>
            </w:r>
            <w:proofErr w:type="spellStart"/>
            <w:r w:rsidRPr="00065C24">
              <w:rPr>
                <w:sz w:val="24"/>
                <w:szCs w:val="24"/>
              </w:rPr>
              <w:t>iskolakert</w:t>
            </w:r>
            <w:proofErr w:type="spellEnd"/>
            <w:r w:rsidRPr="00065C24">
              <w:rPr>
                <w:sz w:val="24"/>
                <w:szCs w:val="24"/>
              </w:rPr>
              <w:t xml:space="preserve">; 3.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proofErr w:type="spellEnd"/>
          </w:p>
        </w:tc>
        <w:tc>
          <w:tcPr>
            <w:tcW w:w="2268" w:type="dxa"/>
            <w:vAlign w:val="center"/>
          </w:tcPr>
          <w:p w14:paraId="0D62981B" w14:textId="2D5BB8A9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Tantestület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  <w:r w:rsidRPr="00065C24">
              <w:rPr>
                <w:sz w:val="24"/>
                <w:szCs w:val="24"/>
              </w:rPr>
              <w:t>; DÖK</w:t>
            </w:r>
          </w:p>
        </w:tc>
        <w:tc>
          <w:tcPr>
            <w:tcW w:w="2268" w:type="dxa"/>
            <w:vAlign w:val="center"/>
          </w:tcPr>
          <w:p w14:paraId="1A71EFDE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Programterv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fotók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jelenléti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ív</w:t>
            </w:r>
            <w:proofErr w:type="spellEnd"/>
          </w:p>
        </w:tc>
      </w:tr>
      <w:tr w:rsidR="00C97FA4" w:rsidRPr="00065C24" w14:paraId="7F091E01" w14:textId="77777777">
        <w:trPr>
          <w:jc w:val="center"/>
        </w:trPr>
        <w:tc>
          <w:tcPr>
            <w:tcW w:w="1191" w:type="dxa"/>
            <w:vAlign w:val="center"/>
          </w:tcPr>
          <w:p w14:paraId="041CA705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Május</w:t>
            </w:r>
            <w:proofErr w:type="spellEnd"/>
          </w:p>
        </w:tc>
        <w:tc>
          <w:tcPr>
            <w:tcW w:w="3969" w:type="dxa"/>
            <w:vAlign w:val="center"/>
          </w:tcPr>
          <w:p w14:paraId="5A4013F3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Madarak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és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fák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napja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biodiverzitás-megfigyelés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iskolakerti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gondozás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tavaszi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674A46C3" w14:textId="085E97E5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8.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2. </w:t>
            </w:r>
            <w:proofErr w:type="spellStart"/>
            <w:r w:rsidRPr="00065C24">
              <w:rPr>
                <w:sz w:val="24"/>
                <w:szCs w:val="24"/>
              </w:rPr>
              <w:t>iskolakert</w:t>
            </w:r>
            <w:proofErr w:type="spellEnd"/>
            <w:r w:rsidRPr="00065C24">
              <w:rPr>
                <w:sz w:val="24"/>
                <w:szCs w:val="24"/>
              </w:rPr>
              <w:t xml:space="preserve">; 3.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proofErr w:type="spellEnd"/>
          </w:p>
        </w:tc>
        <w:tc>
          <w:tcPr>
            <w:tcW w:w="2268" w:type="dxa"/>
            <w:vAlign w:val="center"/>
          </w:tcPr>
          <w:p w14:paraId="27899FDA" w14:textId="2A377A4E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tanulók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pedagógusok</w:t>
            </w:r>
            <w:proofErr w:type="spellEnd"/>
          </w:p>
        </w:tc>
        <w:tc>
          <w:tcPr>
            <w:tcW w:w="2268" w:type="dxa"/>
            <w:vAlign w:val="center"/>
          </w:tcPr>
          <w:p w14:paraId="65C62F15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Megfigyelési</w:t>
            </w:r>
            <w:proofErr w:type="spellEnd"/>
            <w:r w:rsidRPr="00065C24">
              <w:rPr>
                <w:sz w:val="24"/>
                <w:szCs w:val="24"/>
              </w:rPr>
              <w:t xml:space="preserve"> lap, </w:t>
            </w:r>
            <w:proofErr w:type="spellStart"/>
            <w:r w:rsidRPr="00065C24">
              <w:rPr>
                <w:sz w:val="24"/>
                <w:szCs w:val="24"/>
              </w:rPr>
              <w:t>kertnapló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fotók</w:t>
            </w:r>
            <w:proofErr w:type="spellEnd"/>
          </w:p>
        </w:tc>
      </w:tr>
      <w:tr w:rsidR="00C97FA4" w:rsidRPr="00065C24" w14:paraId="358AEDC0" w14:textId="77777777">
        <w:trPr>
          <w:jc w:val="center"/>
        </w:trPr>
        <w:tc>
          <w:tcPr>
            <w:tcW w:w="1191" w:type="dxa"/>
            <w:vAlign w:val="center"/>
          </w:tcPr>
          <w:p w14:paraId="1BD1035A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Június</w:t>
            </w:r>
          </w:p>
        </w:tc>
        <w:tc>
          <w:tcPr>
            <w:tcW w:w="3969" w:type="dxa"/>
            <w:vAlign w:val="center"/>
          </w:tcPr>
          <w:p w14:paraId="3C7A5841" w14:textId="26D9C39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Környezeti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nevelési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tanévzáró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nyári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természetjáró</w:t>
            </w:r>
            <w:r w:rsidR="009730A8" w:rsidRPr="00065C24">
              <w:rPr>
                <w:sz w:val="24"/>
                <w:szCs w:val="24"/>
              </w:rPr>
              <w:t>-</w:t>
            </w:r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iskolakert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állapotának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rögzítése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energiaőrjárat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éves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tapasztalatainak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összegzése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3C98972C" w14:textId="0B31336D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9.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2. </w:t>
            </w:r>
            <w:proofErr w:type="spellStart"/>
            <w:r w:rsidRPr="00065C24">
              <w:rPr>
                <w:sz w:val="24"/>
                <w:szCs w:val="24"/>
              </w:rPr>
              <w:t>iskolakert</w:t>
            </w:r>
            <w:proofErr w:type="spellEnd"/>
            <w:r w:rsidRPr="00065C24">
              <w:rPr>
                <w:sz w:val="24"/>
                <w:szCs w:val="24"/>
              </w:rPr>
              <w:t xml:space="preserve">; 3. </w:t>
            </w:r>
            <w:proofErr w:type="spellStart"/>
            <w:r w:rsidRPr="00065C24">
              <w:rPr>
                <w:sz w:val="24"/>
                <w:szCs w:val="24"/>
              </w:rPr>
              <w:t>energiajárőr</w:t>
            </w:r>
            <w:proofErr w:type="spellEnd"/>
          </w:p>
        </w:tc>
        <w:tc>
          <w:tcPr>
            <w:tcW w:w="2268" w:type="dxa"/>
            <w:vAlign w:val="center"/>
          </w:tcPr>
          <w:p w14:paraId="44EC397E" w14:textId="4B1CC828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tanulók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pedagógusok</w:t>
            </w:r>
            <w:proofErr w:type="spellEnd"/>
          </w:p>
        </w:tc>
        <w:tc>
          <w:tcPr>
            <w:tcW w:w="2268" w:type="dxa"/>
            <w:vAlign w:val="center"/>
          </w:tcPr>
          <w:p w14:paraId="35666DB1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Éves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összegzés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fotók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kertnapló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energiaőrjárati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összesítő</w:t>
            </w:r>
            <w:proofErr w:type="spellEnd"/>
          </w:p>
        </w:tc>
      </w:tr>
      <w:tr w:rsidR="00C97FA4" w:rsidRPr="00065C24" w14:paraId="5C348548" w14:textId="77777777">
        <w:trPr>
          <w:jc w:val="center"/>
        </w:trPr>
        <w:tc>
          <w:tcPr>
            <w:tcW w:w="1191" w:type="dxa"/>
            <w:vAlign w:val="center"/>
          </w:tcPr>
          <w:p w14:paraId="2DCFBF69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Nyári / </w:t>
            </w:r>
            <w:proofErr w:type="spellStart"/>
            <w:r w:rsidRPr="00065C24">
              <w:rPr>
                <w:sz w:val="24"/>
                <w:szCs w:val="24"/>
              </w:rPr>
              <w:t>tanév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végi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kiegészítő</w:t>
            </w:r>
            <w:proofErr w:type="spellEnd"/>
          </w:p>
        </w:tc>
        <w:tc>
          <w:tcPr>
            <w:tcW w:w="3969" w:type="dxa"/>
            <w:vAlign w:val="center"/>
          </w:tcPr>
          <w:p w14:paraId="15EEDEC3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A 10.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időpontjának</w:t>
            </w:r>
            <w:proofErr w:type="spellEnd"/>
            <w:r w:rsidRPr="00065C24">
              <w:rPr>
                <w:sz w:val="24"/>
                <w:szCs w:val="24"/>
              </w:rPr>
              <w:t xml:space="preserve"> a </w:t>
            </w:r>
            <w:proofErr w:type="spellStart"/>
            <w:r w:rsidRPr="00065C24">
              <w:rPr>
                <w:sz w:val="24"/>
                <w:szCs w:val="24"/>
              </w:rPr>
              <w:t>tanév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rendjéhez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igazodó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megszervezése</w:t>
            </w:r>
            <w:proofErr w:type="spellEnd"/>
            <w:r w:rsidRPr="00065C24">
              <w:rPr>
                <w:sz w:val="24"/>
                <w:szCs w:val="24"/>
              </w:rPr>
              <w:t xml:space="preserve">; </w:t>
            </w:r>
            <w:proofErr w:type="spellStart"/>
            <w:r w:rsidRPr="00065C24">
              <w:rPr>
                <w:sz w:val="24"/>
                <w:szCs w:val="24"/>
              </w:rPr>
              <w:t>az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éves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túrateljesítés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és</w:t>
            </w:r>
            <w:proofErr w:type="spellEnd"/>
            <w:r w:rsidRPr="00065C24">
              <w:rPr>
                <w:sz w:val="24"/>
                <w:szCs w:val="24"/>
              </w:rPr>
              <w:t xml:space="preserve"> a 70%-</w:t>
            </w:r>
            <w:proofErr w:type="spellStart"/>
            <w:r w:rsidRPr="00065C24">
              <w:rPr>
                <w:sz w:val="24"/>
                <w:szCs w:val="24"/>
              </w:rPr>
              <w:t>os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részvételi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arány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ellenőrzése</w:t>
            </w:r>
            <w:proofErr w:type="spellEnd"/>
            <w:r w:rsidRPr="00065C2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07E49A7D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10. </w:t>
            </w:r>
            <w:proofErr w:type="spellStart"/>
            <w:r w:rsidRPr="00065C24">
              <w:rPr>
                <w:sz w:val="24"/>
                <w:szCs w:val="24"/>
              </w:rPr>
              <w:t>túra</w:t>
            </w:r>
            <w:proofErr w:type="spellEnd"/>
            <w:r w:rsidRPr="00065C24">
              <w:rPr>
                <w:sz w:val="24"/>
                <w:szCs w:val="24"/>
              </w:rPr>
              <w:t xml:space="preserve">; 1. </w:t>
            </w:r>
            <w:proofErr w:type="spellStart"/>
            <w:r w:rsidRPr="00065C24">
              <w:rPr>
                <w:sz w:val="24"/>
                <w:szCs w:val="24"/>
              </w:rPr>
              <w:t>vállalás</w:t>
            </w:r>
            <w:proofErr w:type="spellEnd"/>
          </w:p>
        </w:tc>
        <w:tc>
          <w:tcPr>
            <w:tcW w:w="2268" w:type="dxa"/>
            <w:vAlign w:val="center"/>
          </w:tcPr>
          <w:p w14:paraId="68075100" w14:textId="50C25AA8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sz w:val="24"/>
                <w:szCs w:val="24"/>
              </w:rPr>
              <w:t>Ökomunkaközösség</w:t>
            </w:r>
            <w:proofErr w:type="spellEnd"/>
          </w:p>
        </w:tc>
        <w:tc>
          <w:tcPr>
            <w:tcW w:w="2268" w:type="dxa"/>
            <w:vAlign w:val="center"/>
          </w:tcPr>
          <w:p w14:paraId="7BBB518D" w14:textId="7777777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 xml:space="preserve">Túranapló, </w:t>
            </w:r>
            <w:proofErr w:type="spellStart"/>
            <w:r w:rsidRPr="00065C24">
              <w:rPr>
                <w:sz w:val="24"/>
                <w:szCs w:val="24"/>
              </w:rPr>
              <w:t>jelenléti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ív</w:t>
            </w:r>
            <w:proofErr w:type="spellEnd"/>
            <w:r w:rsidRPr="00065C24">
              <w:rPr>
                <w:sz w:val="24"/>
                <w:szCs w:val="24"/>
              </w:rPr>
              <w:t xml:space="preserve">, </w:t>
            </w:r>
            <w:proofErr w:type="spellStart"/>
            <w:r w:rsidRPr="00065C24">
              <w:rPr>
                <w:sz w:val="24"/>
                <w:szCs w:val="24"/>
              </w:rPr>
              <w:t>éves</w:t>
            </w:r>
            <w:proofErr w:type="spellEnd"/>
            <w:r w:rsidRPr="00065C24">
              <w:rPr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sz w:val="24"/>
                <w:szCs w:val="24"/>
              </w:rPr>
              <w:t>összesítés</w:t>
            </w:r>
            <w:proofErr w:type="spellEnd"/>
          </w:p>
        </w:tc>
      </w:tr>
    </w:tbl>
    <w:p w14:paraId="5F0642AA" w14:textId="4BCF55BD" w:rsidR="00C97FA4" w:rsidRPr="00065C24" w:rsidRDefault="00000000">
      <w:pPr>
        <w:rPr>
          <w:sz w:val="24"/>
          <w:szCs w:val="24"/>
        </w:rPr>
      </w:pPr>
      <w:r w:rsidRPr="00065C24">
        <w:rPr>
          <w:b/>
          <w:sz w:val="24"/>
          <w:szCs w:val="24"/>
        </w:rPr>
        <w:lastRenderedPageBreak/>
        <w:t xml:space="preserve">4. A </w:t>
      </w:r>
      <w:proofErr w:type="spellStart"/>
      <w:r w:rsidRPr="00065C24">
        <w:rPr>
          <w:b/>
          <w:sz w:val="24"/>
          <w:szCs w:val="24"/>
        </w:rPr>
        <w:t>túrák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éves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teljesítésének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nyomon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követése</w:t>
      </w:r>
      <w:proofErr w:type="spellEnd"/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550"/>
        <w:gridCol w:w="2550"/>
        <w:gridCol w:w="2550"/>
        <w:gridCol w:w="2550"/>
      </w:tblGrid>
      <w:tr w:rsidR="00C97FA4" w:rsidRPr="00065C24" w14:paraId="034FD6E3" w14:textId="77777777">
        <w:trPr>
          <w:jc w:val="center"/>
        </w:trPr>
        <w:tc>
          <w:tcPr>
            <w:tcW w:w="2550" w:type="dxa"/>
            <w:shd w:val="clear" w:color="auto" w:fill="E2F0D9"/>
            <w:vAlign w:val="center"/>
          </w:tcPr>
          <w:p w14:paraId="0E385CE3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b/>
                <w:sz w:val="24"/>
                <w:szCs w:val="24"/>
              </w:rPr>
              <w:t>Sorszám</w:t>
            </w:r>
            <w:proofErr w:type="spellEnd"/>
          </w:p>
        </w:tc>
        <w:tc>
          <w:tcPr>
            <w:tcW w:w="2550" w:type="dxa"/>
            <w:shd w:val="clear" w:color="auto" w:fill="E2F0D9"/>
            <w:vAlign w:val="center"/>
          </w:tcPr>
          <w:p w14:paraId="23501DE0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b/>
                <w:sz w:val="24"/>
                <w:szCs w:val="24"/>
              </w:rPr>
              <w:t>Tervezett</w:t>
            </w:r>
            <w:proofErr w:type="spellEnd"/>
            <w:r w:rsidRPr="00065C2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b/>
                <w:sz w:val="24"/>
                <w:szCs w:val="24"/>
              </w:rPr>
              <w:t>időszak</w:t>
            </w:r>
            <w:proofErr w:type="spellEnd"/>
          </w:p>
        </w:tc>
        <w:tc>
          <w:tcPr>
            <w:tcW w:w="2550" w:type="dxa"/>
            <w:shd w:val="clear" w:color="auto" w:fill="E2F0D9"/>
            <w:vAlign w:val="center"/>
          </w:tcPr>
          <w:p w14:paraId="5396D0B2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b/>
                <w:sz w:val="24"/>
                <w:szCs w:val="24"/>
              </w:rPr>
              <w:t>Túra</w:t>
            </w:r>
            <w:proofErr w:type="spellEnd"/>
            <w:r w:rsidRPr="00065C24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065C24">
              <w:rPr>
                <w:b/>
                <w:sz w:val="24"/>
                <w:szCs w:val="24"/>
              </w:rPr>
              <w:t>helyszín</w:t>
            </w:r>
            <w:proofErr w:type="spellEnd"/>
          </w:p>
        </w:tc>
        <w:tc>
          <w:tcPr>
            <w:tcW w:w="2550" w:type="dxa"/>
            <w:shd w:val="clear" w:color="auto" w:fill="E2F0D9"/>
            <w:vAlign w:val="center"/>
          </w:tcPr>
          <w:p w14:paraId="5BD130F4" w14:textId="77777777" w:rsidR="00C97FA4" w:rsidRPr="00065C24" w:rsidRDefault="00000000">
            <w:pPr>
              <w:rPr>
                <w:sz w:val="24"/>
                <w:szCs w:val="24"/>
              </w:rPr>
            </w:pPr>
            <w:proofErr w:type="spellStart"/>
            <w:r w:rsidRPr="00065C24">
              <w:rPr>
                <w:b/>
                <w:sz w:val="24"/>
                <w:szCs w:val="24"/>
              </w:rPr>
              <w:t>Résztvevők</w:t>
            </w:r>
            <w:proofErr w:type="spellEnd"/>
            <w:r w:rsidRPr="00065C24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065C24">
              <w:rPr>
                <w:b/>
                <w:sz w:val="24"/>
                <w:szCs w:val="24"/>
              </w:rPr>
              <w:t>részvételi</w:t>
            </w:r>
            <w:proofErr w:type="spellEnd"/>
            <w:r w:rsidRPr="00065C2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65C24">
              <w:rPr>
                <w:b/>
                <w:sz w:val="24"/>
                <w:szCs w:val="24"/>
              </w:rPr>
              <w:t>arány</w:t>
            </w:r>
            <w:proofErr w:type="spellEnd"/>
          </w:p>
        </w:tc>
      </w:tr>
      <w:tr w:rsidR="00C97FA4" w:rsidRPr="00065C24" w14:paraId="7899FDCD" w14:textId="77777777">
        <w:trPr>
          <w:jc w:val="center"/>
        </w:trPr>
        <w:tc>
          <w:tcPr>
            <w:tcW w:w="2550" w:type="dxa"/>
            <w:vAlign w:val="center"/>
          </w:tcPr>
          <w:p w14:paraId="28F37891" w14:textId="23C252D9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1</w:t>
            </w:r>
            <w:r w:rsidR="002D1934" w:rsidRPr="00065C24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1F650BB3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027EA547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4F9740B3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</w:tr>
      <w:tr w:rsidR="00C97FA4" w:rsidRPr="00065C24" w14:paraId="4B28EDDE" w14:textId="77777777">
        <w:trPr>
          <w:jc w:val="center"/>
        </w:trPr>
        <w:tc>
          <w:tcPr>
            <w:tcW w:w="2550" w:type="dxa"/>
            <w:vAlign w:val="center"/>
          </w:tcPr>
          <w:p w14:paraId="46AA8C18" w14:textId="70F1211A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2</w:t>
            </w:r>
            <w:r w:rsidR="002D1934" w:rsidRPr="00065C24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17CD60D8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3D08F611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1BD4BB7A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</w:tr>
      <w:tr w:rsidR="00C97FA4" w:rsidRPr="00065C24" w14:paraId="5640AECF" w14:textId="77777777">
        <w:trPr>
          <w:jc w:val="center"/>
        </w:trPr>
        <w:tc>
          <w:tcPr>
            <w:tcW w:w="2550" w:type="dxa"/>
            <w:vAlign w:val="center"/>
          </w:tcPr>
          <w:p w14:paraId="7C3A407A" w14:textId="6D8FCD37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3</w:t>
            </w:r>
            <w:r w:rsidR="002D1934" w:rsidRPr="00065C24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61C87890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62C60A0C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627C511D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</w:tr>
      <w:tr w:rsidR="00C97FA4" w:rsidRPr="00065C24" w14:paraId="21C3D79C" w14:textId="77777777">
        <w:trPr>
          <w:jc w:val="center"/>
        </w:trPr>
        <w:tc>
          <w:tcPr>
            <w:tcW w:w="2550" w:type="dxa"/>
            <w:vAlign w:val="center"/>
          </w:tcPr>
          <w:p w14:paraId="0A7F1CE9" w14:textId="40C0B10A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4</w:t>
            </w:r>
            <w:r w:rsidR="002D1934" w:rsidRPr="00065C24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4984C4BA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057BE240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7CA35A15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</w:tr>
      <w:tr w:rsidR="00C97FA4" w:rsidRPr="00065C24" w14:paraId="3D4B3C42" w14:textId="77777777">
        <w:trPr>
          <w:jc w:val="center"/>
        </w:trPr>
        <w:tc>
          <w:tcPr>
            <w:tcW w:w="2550" w:type="dxa"/>
            <w:vAlign w:val="center"/>
          </w:tcPr>
          <w:p w14:paraId="71333870" w14:textId="3B54A26D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5</w:t>
            </w:r>
            <w:r w:rsidR="002D1934" w:rsidRPr="00065C24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55090670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5648EA4D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4651703A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</w:tr>
      <w:tr w:rsidR="00C97FA4" w:rsidRPr="00065C24" w14:paraId="25D34F08" w14:textId="77777777">
        <w:trPr>
          <w:jc w:val="center"/>
        </w:trPr>
        <w:tc>
          <w:tcPr>
            <w:tcW w:w="2550" w:type="dxa"/>
            <w:vAlign w:val="center"/>
          </w:tcPr>
          <w:p w14:paraId="0A538BFE" w14:textId="38E8089D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6</w:t>
            </w:r>
            <w:r w:rsidR="002D1934" w:rsidRPr="00065C24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422E44D9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04140DCE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10624A91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</w:tr>
      <w:tr w:rsidR="00C97FA4" w:rsidRPr="00065C24" w14:paraId="345DE184" w14:textId="77777777">
        <w:trPr>
          <w:jc w:val="center"/>
        </w:trPr>
        <w:tc>
          <w:tcPr>
            <w:tcW w:w="2550" w:type="dxa"/>
            <w:vAlign w:val="center"/>
          </w:tcPr>
          <w:p w14:paraId="368B9BC8" w14:textId="389F40C8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7</w:t>
            </w:r>
            <w:r w:rsidR="002D1934" w:rsidRPr="00065C24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24E41223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5C989152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640BD100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</w:tr>
      <w:tr w:rsidR="00C97FA4" w:rsidRPr="00065C24" w14:paraId="2189F8BE" w14:textId="77777777">
        <w:trPr>
          <w:jc w:val="center"/>
        </w:trPr>
        <w:tc>
          <w:tcPr>
            <w:tcW w:w="2550" w:type="dxa"/>
            <w:vAlign w:val="center"/>
          </w:tcPr>
          <w:p w14:paraId="10A149BE" w14:textId="50851903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8</w:t>
            </w:r>
            <w:r w:rsidR="002D1934" w:rsidRPr="00065C24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1696A7C3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2CAE9DFC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41EFA496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</w:tr>
      <w:tr w:rsidR="00C97FA4" w:rsidRPr="00065C24" w14:paraId="1EE7B435" w14:textId="77777777">
        <w:trPr>
          <w:jc w:val="center"/>
        </w:trPr>
        <w:tc>
          <w:tcPr>
            <w:tcW w:w="2550" w:type="dxa"/>
            <w:vAlign w:val="center"/>
          </w:tcPr>
          <w:p w14:paraId="45185A3A" w14:textId="1D1D788F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9</w:t>
            </w:r>
            <w:r w:rsidR="002D1934" w:rsidRPr="00065C24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524A4EAB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07B8C9AB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571D6CE7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</w:tr>
      <w:tr w:rsidR="00C97FA4" w:rsidRPr="00065C24" w14:paraId="4421690B" w14:textId="77777777">
        <w:trPr>
          <w:jc w:val="center"/>
        </w:trPr>
        <w:tc>
          <w:tcPr>
            <w:tcW w:w="2550" w:type="dxa"/>
            <w:vAlign w:val="center"/>
          </w:tcPr>
          <w:p w14:paraId="39F92A60" w14:textId="0EA6D214" w:rsidR="00C97FA4" w:rsidRPr="00065C24" w:rsidRDefault="00000000">
            <w:pPr>
              <w:rPr>
                <w:sz w:val="24"/>
                <w:szCs w:val="24"/>
              </w:rPr>
            </w:pPr>
            <w:r w:rsidRPr="00065C24">
              <w:rPr>
                <w:sz w:val="24"/>
                <w:szCs w:val="24"/>
              </w:rPr>
              <w:t>10</w:t>
            </w:r>
            <w:r w:rsidR="002D1934" w:rsidRPr="00065C24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26DB658A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49D32F9B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45D62A4B" w14:textId="77777777" w:rsidR="00C97FA4" w:rsidRPr="00065C24" w:rsidRDefault="00C97FA4">
            <w:pPr>
              <w:rPr>
                <w:sz w:val="24"/>
                <w:szCs w:val="24"/>
              </w:rPr>
            </w:pPr>
          </w:p>
        </w:tc>
      </w:tr>
    </w:tbl>
    <w:p w14:paraId="75467ACB" w14:textId="77777777" w:rsidR="00B86818" w:rsidRPr="00065C24" w:rsidRDefault="00B86818">
      <w:pPr>
        <w:rPr>
          <w:b/>
          <w:sz w:val="24"/>
          <w:szCs w:val="24"/>
        </w:rPr>
      </w:pPr>
    </w:p>
    <w:p w14:paraId="50C7B71E" w14:textId="150DE06E" w:rsidR="00C97FA4" w:rsidRPr="00065C24" w:rsidRDefault="00000000">
      <w:pPr>
        <w:rPr>
          <w:sz w:val="24"/>
          <w:szCs w:val="24"/>
        </w:rPr>
      </w:pPr>
      <w:r w:rsidRPr="00065C24">
        <w:rPr>
          <w:b/>
          <w:sz w:val="24"/>
          <w:szCs w:val="24"/>
        </w:rPr>
        <w:t xml:space="preserve">5. </w:t>
      </w:r>
      <w:proofErr w:type="spellStart"/>
      <w:r w:rsidRPr="00065C24">
        <w:rPr>
          <w:b/>
          <w:sz w:val="24"/>
          <w:szCs w:val="24"/>
        </w:rPr>
        <w:t>Energiajárőr</w:t>
      </w:r>
      <w:r w:rsidR="00BF1EF6" w:rsidRPr="00065C24">
        <w:rPr>
          <w:b/>
          <w:sz w:val="24"/>
          <w:szCs w:val="24"/>
        </w:rPr>
        <w:t>-</w:t>
      </w:r>
      <w:r w:rsidRPr="00065C24">
        <w:rPr>
          <w:b/>
          <w:sz w:val="24"/>
          <w:szCs w:val="24"/>
        </w:rPr>
        <w:t>szolgálat</w:t>
      </w:r>
      <w:proofErr w:type="spellEnd"/>
      <w:r w:rsidRPr="00065C24">
        <w:rPr>
          <w:b/>
          <w:sz w:val="24"/>
          <w:szCs w:val="24"/>
        </w:rPr>
        <w:t xml:space="preserve"> – </w:t>
      </w:r>
      <w:proofErr w:type="spellStart"/>
      <w:r w:rsidRPr="00065C24">
        <w:rPr>
          <w:b/>
          <w:sz w:val="24"/>
          <w:szCs w:val="24"/>
        </w:rPr>
        <w:t>rendszeres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feljegyzés</w:t>
      </w:r>
      <w:proofErr w:type="spellEnd"/>
    </w:p>
    <w:p w14:paraId="18C8D7DC" w14:textId="386B3759" w:rsidR="00C97FA4" w:rsidRPr="00065C24" w:rsidRDefault="00000000">
      <w:pPr>
        <w:rPr>
          <w:sz w:val="24"/>
          <w:szCs w:val="24"/>
        </w:rPr>
      </w:pPr>
      <w:r w:rsidRPr="00065C24">
        <w:rPr>
          <w:sz w:val="24"/>
          <w:szCs w:val="24"/>
        </w:rPr>
        <w:t xml:space="preserve">A </w:t>
      </w:r>
      <w:proofErr w:type="spellStart"/>
      <w:r w:rsidRPr="00065C24">
        <w:rPr>
          <w:sz w:val="24"/>
          <w:szCs w:val="24"/>
        </w:rPr>
        <w:t>tanulók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bevonásával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működtetett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energiajárőr</w:t>
      </w:r>
      <w:r w:rsidR="00BF1EF6" w:rsidRPr="00065C24">
        <w:rPr>
          <w:sz w:val="24"/>
          <w:szCs w:val="24"/>
        </w:rPr>
        <w:t>-</w:t>
      </w:r>
      <w:r w:rsidRPr="00065C24">
        <w:rPr>
          <w:sz w:val="24"/>
          <w:szCs w:val="24"/>
        </w:rPr>
        <w:t>szolgálat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célja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az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energia</w:t>
      </w:r>
      <w:proofErr w:type="spellEnd"/>
      <w:r w:rsidRPr="00065C24">
        <w:rPr>
          <w:sz w:val="24"/>
          <w:szCs w:val="24"/>
        </w:rPr>
        <w:t xml:space="preserve">-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víztakarékos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iskolai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működés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tudatosítása</w:t>
      </w:r>
      <w:proofErr w:type="spellEnd"/>
      <w:r w:rsidRPr="00065C24">
        <w:rPr>
          <w:sz w:val="24"/>
          <w:szCs w:val="24"/>
        </w:rPr>
        <w:t xml:space="preserve">. A </w:t>
      </w:r>
      <w:proofErr w:type="spellStart"/>
      <w:r w:rsidRPr="00065C24">
        <w:rPr>
          <w:sz w:val="24"/>
          <w:szCs w:val="24"/>
        </w:rPr>
        <w:t>járőrök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rendszeresen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ellenőrzik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többek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között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világítás</w:t>
      </w:r>
      <w:proofErr w:type="spellEnd"/>
      <w:r w:rsidRPr="00065C24">
        <w:rPr>
          <w:sz w:val="24"/>
          <w:szCs w:val="24"/>
        </w:rPr>
        <w:t xml:space="preserve">, a </w:t>
      </w:r>
      <w:proofErr w:type="spellStart"/>
      <w:r w:rsidRPr="00065C24">
        <w:rPr>
          <w:sz w:val="24"/>
          <w:szCs w:val="24"/>
        </w:rPr>
        <w:t>fűtés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az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ajtók</w:t>
      </w:r>
      <w:proofErr w:type="spellEnd"/>
      <w:r w:rsidRPr="00065C24">
        <w:rPr>
          <w:sz w:val="24"/>
          <w:szCs w:val="24"/>
        </w:rPr>
        <w:t>/</w:t>
      </w:r>
      <w:proofErr w:type="spellStart"/>
      <w:r w:rsidRPr="00065C24">
        <w:rPr>
          <w:sz w:val="24"/>
          <w:szCs w:val="24"/>
        </w:rPr>
        <w:t>ablakok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vízhasználat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takarékosságát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rövid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feljegyzést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készítenek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tapasztalatokról</w:t>
      </w:r>
      <w:proofErr w:type="spellEnd"/>
      <w:r w:rsidRPr="00065C24">
        <w:rPr>
          <w:sz w:val="24"/>
          <w:szCs w:val="24"/>
        </w:rPr>
        <w:t xml:space="preserve">. A </w:t>
      </w:r>
      <w:proofErr w:type="spellStart"/>
      <w:r w:rsidRPr="00065C24">
        <w:rPr>
          <w:sz w:val="24"/>
          <w:szCs w:val="24"/>
        </w:rPr>
        <w:t>feljegyzések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alapján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félévente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rövid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értékelés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készül</w:t>
      </w:r>
      <w:proofErr w:type="spellEnd"/>
      <w:r w:rsidRPr="00065C24">
        <w:rPr>
          <w:sz w:val="24"/>
          <w:szCs w:val="24"/>
        </w:rPr>
        <w:t>.</w:t>
      </w:r>
    </w:p>
    <w:p w14:paraId="6C0DE437" w14:textId="77777777" w:rsidR="00C97FA4" w:rsidRPr="00065C24" w:rsidRDefault="00000000">
      <w:pPr>
        <w:rPr>
          <w:sz w:val="24"/>
          <w:szCs w:val="24"/>
        </w:rPr>
      </w:pPr>
      <w:r w:rsidRPr="00065C24">
        <w:rPr>
          <w:b/>
          <w:sz w:val="24"/>
          <w:szCs w:val="24"/>
        </w:rPr>
        <w:t xml:space="preserve">6. Az </w:t>
      </w:r>
      <w:proofErr w:type="spellStart"/>
      <w:r w:rsidRPr="00065C24">
        <w:rPr>
          <w:b/>
          <w:sz w:val="24"/>
          <w:szCs w:val="24"/>
        </w:rPr>
        <w:t>iskolakert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fenntartása</w:t>
      </w:r>
      <w:proofErr w:type="spellEnd"/>
    </w:p>
    <w:p w14:paraId="6BF91541" w14:textId="77777777" w:rsidR="00C97FA4" w:rsidRPr="00065C24" w:rsidRDefault="00000000">
      <w:pPr>
        <w:rPr>
          <w:sz w:val="24"/>
          <w:szCs w:val="24"/>
        </w:rPr>
      </w:pPr>
      <w:r w:rsidRPr="00065C24">
        <w:rPr>
          <w:sz w:val="24"/>
          <w:szCs w:val="24"/>
        </w:rPr>
        <w:t xml:space="preserve">Az </w:t>
      </w:r>
      <w:proofErr w:type="spellStart"/>
      <w:r w:rsidRPr="00065C24">
        <w:rPr>
          <w:sz w:val="24"/>
          <w:szCs w:val="24"/>
        </w:rPr>
        <w:t>iskolakert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fenntartása</w:t>
      </w:r>
      <w:proofErr w:type="spellEnd"/>
      <w:r w:rsidRPr="00065C24">
        <w:rPr>
          <w:sz w:val="24"/>
          <w:szCs w:val="24"/>
        </w:rPr>
        <w:t xml:space="preserve"> a 2025–2026-os </w:t>
      </w:r>
      <w:proofErr w:type="spellStart"/>
      <w:r w:rsidRPr="00065C24">
        <w:rPr>
          <w:sz w:val="24"/>
          <w:szCs w:val="24"/>
        </w:rPr>
        <w:t>pályázati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fenntartási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időszak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lezárását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követően</w:t>
      </w:r>
      <w:proofErr w:type="spellEnd"/>
      <w:r w:rsidRPr="00065C24">
        <w:rPr>
          <w:sz w:val="24"/>
          <w:szCs w:val="24"/>
        </w:rPr>
        <w:t xml:space="preserve"> is </w:t>
      </w:r>
      <w:proofErr w:type="spellStart"/>
      <w:r w:rsidRPr="00065C24">
        <w:rPr>
          <w:sz w:val="24"/>
          <w:szCs w:val="24"/>
        </w:rPr>
        <w:t>folytatódik</w:t>
      </w:r>
      <w:proofErr w:type="spellEnd"/>
      <w:r w:rsidRPr="00065C24">
        <w:rPr>
          <w:sz w:val="24"/>
          <w:szCs w:val="24"/>
        </w:rPr>
        <w:t xml:space="preserve">. A </w:t>
      </w:r>
      <w:proofErr w:type="spellStart"/>
      <w:r w:rsidRPr="00065C24">
        <w:rPr>
          <w:sz w:val="24"/>
          <w:szCs w:val="24"/>
        </w:rPr>
        <w:t>tanulók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életkoruknak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megfelelően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részt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vesznek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vetésben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ültetésben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gondozásban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betakarításban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komposztálásban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kert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megfigyelésében</w:t>
      </w:r>
      <w:proofErr w:type="spellEnd"/>
      <w:r w:rsidRPr="00065C24">
        <w:rPr>
          <w:sz w:val="24"/>
          <w:szCs w:val="24"/>
        </w:rPr>
        <w:t xml:space="preserve">. A </w:t>
      </w:r>
      <w:proofErr w:type="spellStart"/>
      <w:r w:rsidRPr="00065C24">
        <w:rPr>
          <w:sz w:val="24"/>
          <w:szCs w:val="24"/>
        </w:rPr>
        <w:t>kert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állapotát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kertnapló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fényképek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segítségével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dokumentáljuk</w:t>
      </w:r>
      <w:proofErr w:type="spellEnd"/>
      <w:r w:rsidRPr="00065C24">
        <w:rPr>
          <w:sz w:val="24"/>
          <w:szCs w:val="24"/>
        </w:rPr>
        <w:t>.</w:t>
      </w:r>
    </w:p>
    <w:p w14:paraId="4DB14171" w14:textId="77777777" w:rsidR="00C97FA4" w:rsidRPr="00065C24" w:rsidRDefault="00000000">
      <w:pPr>
        <w:rPr>
          <w:sz w:val="24"/>
          <w:szCs w:val="24"/>
        </w:rPr>
      </w:pPr>
      <w:r w:rsidRPr="00065C24">
        <w:rPr>
          <w:b/>
          <w:sz w:val="24"/>
          <w:szCs w:val="24"/>
        </w:rPr>
        <w:t xml:space="preserve">7. </w:t>
      </w:r>
      <w:proofErr w:type="spellStart"/>
      <w:r w:rsidRPr="00065C24">
        <w:rPr>
          <w:b/>
          <w:sz w:val="24"/>
          <w:szCs w:val="24"/>
        </w:rPr>
        <w:t>Értékelés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és</w:t>
      </w:r>
      <w:proofErr w:type="spellEnd"/>
      <w:r w:rsidRPr="00065C24">
        <w:rPr>
          <w:b/>
          <w:sz w:val="24"/>
          <w:szCs w:val="24"/>
        </w:rPr>
        <w:t xml:space="preserve"> </w:t>
      </w:r>
      <w:proofErr w:type="spellStart"/>
      <w:r w:rsidRPr="00065C24">
        <w:rPr>
          <w:b/>
          <w:sz w:val="24"/>
          <w:szCs w:val="24"/>
        </w:rPr>
        <w:t>dokumentálás</w:t>
      </w:r>
      <w:proofErr w:type="spellEnd"/>
    </w:p>
    <w:p w14:paraId="24287C5F" w14:textId="77777777" w:rsidR="00C97FA4" w:rsidRPr="00065C24" w:rsidRDefault="00000000">
      <w:pPr>
        <w:pStyle w:val="Felsorols"/>
        <w:rPr>
          <w:sz w:val="24"/>
          <w:szCs w:val="24"/>
        </w:rPr>
      </w:pPr>
      <w:r w:rsidRPr="00065C24">
        <w:rPr>
          <w:sz w:val="24"/>
          <w:szCs w:val="24"/>
        </w:rPr>
        <w:t xml:space="preserve">A </w:t>
      </w:r>
      <w:proofErr w:type="spellStart"/>
      <w:r w:rsidRPr="00065C24">
        <w:rPr>
          <w:sz w:val="24"/>
          <w:szCs w:val="24"/>
        </w:rPr>
        <w:t>programokról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rövid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feljegyzés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szükség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szerint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fényképes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dokumentáció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készül</w:t>
      </w:r>
      <w:proofErr w:type="spellEnd"/>
      <w:r w:rsidRPr="00065C24">
        <w:rPr>
          <w:sz w:val="24"/>
          <w:szCs w:val="24"/>
        </w:rPr>
        <w:t>.</w:t>
      </w:r>
    </w:p>
    <w:p w14:paraId="403806B4" w14:textId="77777777" w:rsidR="00C97FA4" w:rsidRPr="00065C24" w:rsidRDefault="00000000">
      <w:pPr>
        <w:pStyle w:val="Felsorols"/>
        <w:rPr>
          <w:sz w:val="24"/>
          <w:szCs w:val="24"/>
        </w:rPr>
      </w:pPr>
      <w:r w:rsidRPr="00065C24">
        <w:rPr>
          <w:sz w:val="24"/>
          <w:szCs w:val="24"/>
        </w:rPr>
        <w:t xml:space="preserve">A </w:t>
      </w:r>
      <w:proofErr w:type="spellStart"/>
      <w:r w:rsidRPr="00065C24">
        <w:rPr>
          <w:sz w:val="24"/>
          <w:szCs w:val="24"/>
        </w:rPr>
        <w:t>túrák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esetében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jelenléti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ív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éves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részvételi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összesítés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készül</w:t>
      </w:r>
      <w:proofErr w:type="spellEnd"/>
      <w:r w:rsidRPr="00065C24">
        <w:rPr>
          <w:sz w:val="24"/>
          <w:szCs w:val="24"/>
        </w:rPr>
        <w:t>.</w:t>
      </w:r>
    </w:p>
    <w:p w14:paraId="4065F817" w14:textId="306DE966" w:rsidR="00C97FA4" w:rsidRPr="00065C24" w:rsidRDefault="00000000">
      <w:pPr>
        <w:pStyle w:val="Felsorols"/>
        <w:rPr>
          <w:sz w:val="24"/>
          <w:szCs w:val="24"/>
        </w:rPr>
      </w:pPr>
      <w:r w:rsidRPr="00065C24">
        <w:rPr>
          <w:sz w:val="24"/>
          <w:szCs w:val="24"/>
        </w:rPr>
        <w:t xml:space="preserve">Az </w:t>
      </w:r>
      <w:proofErr w:type="spellStart"/>
      <w:r w:rsidRPr="00065C24">
        <w:rPr>
          <w:sz w:val="24"/>
          <w:szCs w:val="24"/>
        </w:rPr>
        <w:t>energiajárőr</w:t>
      </w:r>
      <w:r w:rsidR="0041337E" w:rsidRPr="00065C24">
        <w:rPr>
          <w:sz w:val="24"/>
          <w:szCs w:val="24"/>
        </w:rPr>
        <w:t>-</w:t>
      </w:r>
      <w:r w:rsidRPr="00065C24">
        <w:rPr>
          <w:sz w:val="24"/>
          <w:szCs w:val="24"/>
        </w:rPr>
        <w:t>szolgálat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rendszeres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feljegyzéseit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az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ökomunkaközösség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összegzi</w:t>
      </w:r>
      <w:proofErr w:type="spellEnd"/>
      <w:r w:rsidRPr="00065C24">
        <w:rPr>
          <w:sz w:val="24"/>
          <w:szCs w:val="24"/>
        </w:rPr>
        <w:t>.</w:t>
      </w:r>
    </w:p>
    <w:p w14:paraId="22EB55E3" w14:textId="77777777" w:rsidR="00C97FA4" w:rsidRPr="00065C24" w:rsidRDefault="00000000">
      <w:pPr>
        <w:pStyle w:val="Felsorols"/>
        <w:rPr>
          <w:sz w:val="24"/>
          <w:szCs w:val="24"/>
        </w:rPr>
      </w:pPr>
      <w:r w:rsidRPr="00065C24">
        <w:rPr>
          <w:sz w:val="24"/>
          <w:szCs w:val="24"/>
        </w:rPr>
        <w:t xml:space="preserve">Az </w:t>
      </w:r>
      <w:proofErr w:type="spellStart"/>
      <w:r w:rsidRPr="00065C24">
        <w:rPr>
          <w:sz w:val="24"/>
          <w:szCs w:val="24"/>
        </w:rPr>
        <w:t>iskolakert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munkálatait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kertnapló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tanulói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produktumok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fotók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dokumentálják</w:t>
      </w:r>
      <w:proofErr w:type="spellEnd"/>
      <w:r w:rsidRPr="00065C24">
        <w:rPr>
          <w:sz w:val="24"/>
          <w:szCs w:val="24"/>
        </w:rPr>
        <w:t>.</w:t>
      </w:r>
    </w:p>
    <w:p w14:paraId="394A9C8A" w14:textId="2643BCFD" w:rsidR="00C97FA4" w:rsidRPr="00065C24" w:rsidRDefault="00000000">
      <w:pPr>
        <w:pStyle w:val="Felsorols"/>
        <w:rPr>
          <w:sz w:val="24"/>
          <w:szCs w:val="24"/>
        </w:rPr>
      </w:pPr>
      <w:r w:rsidRPr="00065C24">
        <w:rPr>
          <w:sz w:val="24"/>
          <w:szCs w:val="24"/>
        </w:rPr>
        <w:t xml:space="preserve">A </w:t>
      </w:r>
      <w:proofErr w:type="spellStart"/>
      <w:r w:rsidRPr="00065C24">
        <w:rPr>
          <w:sz w:val="24"/>
          <w:szCs w:val="24"/>
        </w:rPr>
        <w:t>tanév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végén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az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ökomunkaközösség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értékeli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vállalások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teljesülését</w:t>
      </w:r>
      <w:proofErr w:type="spellEnd"/>
      <w:r w:rsidRPr="00065C24">
        <w:rPr>
          <w:sz w:val="24"/>
          <w:szCs w:val="24"/>
        </w:rPr>
        <w:t xml:space="preserve">, </w:t>
      </w:r>
      <w:proofErr w:type="spellStart"/>
      <w:r w:rsidRPr="00065C24">
        <w:rPr>
          <w:sz w:val="24"/>
          <w:szCs w:val="24"/>
        </w:rPr>
        <w:t>és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tapasztalatokat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beépíti</w:t>
      </w:r>
      <w:proofErr w:type="spellEnd"/>
      <w:r w:rsidRPr="00065C24">
        <w:rPr>
          <w:sz w:val="24"/>
          <w:szCs w:val="24"/>
        </w:rPr>
        <w:t xml:space="preserve"> a </w:t>
      </w:r>
      <w:proofErr w:type="spellStart"/>
      <w:r w:rsidRPr="00065C24">
        <w:rPr>
          <w:sz w:val="24"/>
          <w:szCs w:val="24"/>
        </w:rPr>
        <w:t>következő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tanév</w:t>
      </w:r>
      <w:proofErr w:type="spellEnd"/>
      <w:r w:rsidRPr="00065C24">
        <w:rPr>
          <w:sz w:val="24"/>
          <w:szCs w:val="24"/>
        </w:rPr>
        <w:t xml:space="preserve"> </w:t>
      </w:r>
      <w:proofErr w:type="spellStart"/>
      <w:r w:rsidRPr="00065C24">
        <w:rPr>
          <w:sz w:val="24"/>
          <w:szCs w:val="24"/>
        </w:rPr>
        <w:t>munkatervébe</w:t>
      </w:r>
      <w:proofErr w:type="spellEnd"/>
      <w:r w:rsidRPr="00065C24">
        <w:rPr>
          <w:sz w:val="24"/>
          <w:szCs w:val="24"/>
        </w:rPr>
        <w:t>.</w:t>
      </w:r>
    </w:p>
    <w:p w14:paraId="0A24D45C" w14:textId="77777777" w:rsidR="00B86818" w:rsidRPr="00065C24" w:rsidRDefault="00B86818" w:rsidP="00B86818">
      <w:pPr>
        <w:pStyle w:val="Felsorols"/>
        <w:numPr>
          <w:ilvl w:val="0"/>
          <w:numId w:val="0"/>
        </w:numPr>
        <w:ind w:left="360" w:hanging="360"/>
        <w:rPr>
          <w:sz w:val="24"/>
          <w:szCs w:val="24"/>
        </w:rPr>
      </w:pPr>
    </w:p>
    <w:p w14:paraId="38708906" w14:textId="77777777" w:rsidR="00B86818" w:rsidRPr="00065C24" w:rsidRDefault="00B86818" w:rsidP="00B86818">
      <w:pPr>
        <w:pStyle w:val="Felsorols"/>
        <w:numPr>
          <w:ilvl w:val="0"/>
          <w:numId w:val="0"/>
        </w:numPr>
        <w:ind w:left="360" w:hanging="360"/>
        <w:rPr>
          <w:sz w:val="24"/>
          <w:szCs w:val="24"/>
        </w:rPr>
      </w:pPr>
    </w:p>
    <w:p w14:paraId="176E7295" w14:textId="77777777" w:rsidR="00B86818" w:rsidRPr="00065C24" w:rsidRDefault="00B86818" w:rsidP="00B86818">
      <w:pPr>
        <w:pStyle w:val="Felsorols"/>
        <w:numPr>
          <w:ilvl w:val="0"/>
          <w:numId w:val="0"/>
        </w:numPr>
        <w:ind w:left="360" w:hanging="360"/>
        <w:rPr>
          <w:sz w:val="24"/>
          <w:szCs w:val="24"/>
        </w:rPr>
      </w:pPr>
    </w:p>
    <w:p w14:paraId="2C3E45A4" w14:textId="77777777" w:rsidR="00B86818" w:rsidRPr="00065C24" w:rsidRDefault="00B86818" w:rsidP="00B86818">
      <w:pPr>
        <w:pStyle w:val="Felsorols"/>
        <w:numPr>
          <w:ilvl w:val="0"/>
          <w:numId w:val="0"/>
        </w:numPr>
        <w:ind w:left="360" w:hanging="360"/>
        <w:rPr>
          <w:sz w:val="24"/>
          <w:szCs w:val="24"/>
        </w:rPr>
      </w:pPr>
    </w:p>
    <w:p w14:paraId="6C7FC4E0" w14:textId="77777777" w:rsidR="00B86818" w:rsidRPr="00065C24" w:rsidRDefault="00B86818" w:rsidP="000A5526">
      <w:pPr>
        <w:pStyle w:val="Felsorols"/>
        <w:numPr>
          <w:ilvl w:val="0"/>
          <w:numId w:val="0"/>
        </w:numPr>
        <w:rPr>
          <w:sz w:val="24"/>
          <w:szCs w:val="24"/>
        </w:rPr>
      </w:pPr>
    </w:p>
    <w:p w14:paraId="7E642103" w14:textId="77777777" w:rsidR="00C97FA4" w:rsidRPr="00065C24" w:rsidRDefault="00000000">
      <w:pPr>
        <w:jc w:val="right"/>
        <w:rPr>
          <w:sz w:val="24"/>
          <w:szCs w:val="24"/>
        </w:rPr>
      </w:pPr>
      <w:proofErr w:type="spellStart"/>
      <w:r w:rsidRPr="00065C24">
        <w:rPr>
          <w:i/>
          <w:sz w:val="24"/>
          <w:szCs w:val="24"/>
        </w:rPr>
        <w:t>Készítette</w:t>
      </w:r>
      <w:proofErr w:type="spellEnd"/>
      <w:r w:rsidRPr="00065C24">
        <w:rPr>
          <w:i/>
          <w:sz w:val="24"/>
          <w:szCs w:val="24"/>
        </w:rPr>
        <w:t xml:space="preserve">: </w:t>
      </w:r>
      <w:proofErr w:type="spellStart"/>
      <w:r w:rsidRPr="00065C24">
        <w:rPr>
          <w:i/>
          <w:sz w:val="24"/>
          <w:szCs w:val="24"/>
        </w:rPr>
        <w:t>Némethné</w:t>
      </w:r>
      <w:proofErr w:type="spellEnd"/>
      <w:r w:rsidRPr="00065C24">
        <w:rPr>
          <w:i/>
          <w:sz w:val="24"/>
          <w:szCs w:val="24"/>
        </w:rPr>
        <w:t xml:space="preserve"> Rupert Rafaella</w:t>
      </w:r>
    </w:p>
    <w:sectPr w:rsidR="00C97FA4" w:rsidRPr="00065C24" w:rsidSect="00034616"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51301385">
    <w:abstractNumId w:val="8"/>
  </w:num>
  <w:num w:numId="2" w16cid:durableId="1125808288">
    <w:abstractNumId w:val="6"/>
  </w:num>
  <w:num w:numId="3" w16cid:durableId="2008241787">
    <w:abstractNumId w:val="5"/>
  </w:num>
  <w:num w:numId="4" w16cid:durableId="1903977795">
    <w:abstractNumId w:val="4"/>
  </w:num>
  <w:num w:numId="5" w16cid:durableId="1613706942">
    <w:abstractNumId w:val="7"/>
  </w:num>
  <w:num w:numId="6" w16cid:durableId="1349331394">
    <w:abstractNumId w:val="3"/>
  </w:num>
  <w:num w:numId="7" w16cid:durableId="1514759511">
    <w:abstractNumId w:val="2"/>
  </w:num>
  <w:num w:numId="8" w16cid:durableId="1475831155">
    <w:abstractNumId w:val="1"/>
  </w:num>
  <w:num w:numId="9" w16cid:durableId="65877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5C24"/>
    <w:rsid w:val="000A5526"/>
    <w:rsid w:val="000D48F8"/>
    <w:rsid w:val="0014758E"/>
    <w:rsid w:val="0015074B"/>
    <w:rsid w:val="001510AE"/>
    <w:rsid w:val="00186483"/>
    <w:rsid w:val="0022042D"/>
    <w:rsid w:val="0029639D"/>
    <w:rsid w:val="002D1934"/>
    <w:rsid w:val="00326F90"/>
    <w:rsid w:val="0041337E"/>
    <w:rsid w:val="00585C60"/>
    <w:rsid w:val="00667EE8"/>
    <w:rsid w:val="00684584"/>
    <w:rsid w:val="007814DF"/>
    <w:rsid w:val="008E6A4C"/>
    <w:rsid w:val="00965181"/>
    <w:rsid w:val="009730A8"/>
    <w:rsid w:val="00AA1D8D"/>
    <w:rsid w:val="00AE7D55"/>
    <w:rsid w:val="00B47730"/>
    <w:rsid w:val="00B505B9"/>
    <w:rsid w:val="00B86818"/>
    <w:rsid w:val="00BF1EF6"/>
    <w:rsid w:val="00C46E58"/>
    <w:rsid w:val="00C97FA4"/>
    <w:rsid w:val="00CB0664"/>
    <w:rsid w:val="00DD0D1D"/>
    <w:rsid w:val="00DD157C"/>
    <w:rsid w:val="00FB3E4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25BDB"/>
  <w14:defaultImageDpi w14:val="300"/>
  <w15:docId w15:val="{C22977B4-AF32-4F26-B0C3-75DD66DE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Aptos" w:hAnsi="Aptos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lWeb">
    <w:name w:val="Normal (Web)"/>
    <w:basedOn w:val="Norml"/>
    <w:uiPriority w:val="99"/>
    <w:semiHidden/>
    <w:unhideWhenUsed/>
    <w:rsid w:val="00DD0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643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O365 felhasználó</cp:lastModifiedBy>
  <cp:revision>22</cp:revision>
  <dcterms:created xsi:type="dcterms:W3CDTF">2013-12-23T23:15:00Z</dcterms:created>
  <dcterms:modified xsi:type="dcterms:W3CDTF">2026-08-26T08:05:00Z</dcterms:modified>
  <cp:category/>
</cp:coreProperties>
</file>